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DE NON POLYGAMIE</w:t>
      </w:r>
    </w:p>
    <w:p/>
    <w:p>
      <w:r>
        <w:rPr>
          <w:b/>
          <w:sz w:val="20"/>
        </w:rPr>
        <w:t>Je soussigné(e), déclare par la présente, sous serment, les informations suivantes :</w:t>
      </w:r>
    </w:p>
    <w:p/>
    <w:p>
      <w:r>
        <w:rPr>
          <w:b w:val="0"/>
          <w:sz w:val="20"/>
        </w:rPr>
        <w:t>Nom et Prénom : ________________________________________________</w:t>
      </w:r>
    </w:p>
    <w:p>
      <w:r>
        <w:rPr>
          <w:b w:val="0"/>
          <w:sz w:val="20"/>
        </w:rPr>
        <w:t>Date et lieu de naissance : ______________________________________</w:t>
      </w:r>
    </w:p>
    <w:p>
      <w:r>
        <w:rPr>
          <w:b w:val="0"/>
          <w:sz w:val="20"/>
        </w:rPr>
        <w:t>Nationalité : ___________________________________________________</w:t>
      </w:r>
    </w:p>
    <w:p>
      <w:r>
        <w:rPr>
          <w:b w:val="0"/>
          <w:sz w:val="20"/>
        </w:rPr>
        <w:t>Adresse actuelle : ______________________________________________</w:t>
      </w:r>
    </w:p>
    <w:p>
      <w:r>
        <w:rPr>
          <w:b w:val="0"/>
          <w:sz w:val="20"/>
        </w:rPr>
        <w:t>Numéro de pièce d’identité : ____________________________________</w:t>
      </w:r>
    </w:p>
    <w:p/>
    <w:p>
      <w:r>
        <w:rPr>
          <w:b/>
          <w:sz w:val="20"/>
        </w:rPr>
        <w:t>Déclaration :</w:t>
      </w:r>
    </w:p>
    <w:p>
      <w:r>
        <w:rPr>
          <w:b w:val="0"/>
          <w:sz w:val="20"/>
        </w:rPr>
        <w:t>Je certifie sur l'honneur ne pas être marié(e) à plusieurs conjoints simultanément, et que je ne suis engagé(e) dans aucune union polygame ou multipartite.</w:t>
      </w:r>
    </w:p>
    <w:p>
      <w:r>
        <w:rPr>
          <w:b w:val="0"/>
          <w:sz w:val="20"/>
        </w:rPr>
        <w:t>J’atteste que mon état civil est conforme aux lois en vigueur en République Française, et que je respecte les dispositions relatives à la monogamie prévues par le Code civil.</w:t>
      </w:r>
    </w:p>
    <w:p>
      <w:r>
        <w:rPr>
          <w:b w:val="0"/>
          <w:sz w:val="20"/>
        </w:rPr>
        <w:t>Je m’engage à informer immédiatement les autorités compétentes en cas de changement de situation.</w:t>
      </w:r>
    </w:p>
    <w:p/>
    <w:p>
      <w:r>
        <w:rPr>
          <w:b/>
          <w:sz w:val="20"/>
        </w:rPr>
        <w:t>Fondement légal :</w:t>
      </w:r>
    </w:p>
    <w:p>
      <w:r>
        <w:rPr>
          <w:b w:val="0"/>
          <w:sz w:val="20"/>
        </w:rPr>
        <w:t>Cette attestation est établie conformément aux articles 144 et suivants du Code civil français, régissant le mariage et la monogamie.</w:t>
      </w:r>
    </w:p>
    <w:p>
      <w:r>
        <w:rPr>
          <w:b w:val="0"/>
          <w:sz w:val="20"/>
        </w:rPr>
        <w:t>La polygamie est interdite et constitue un délit passible de sanctions pénales en République Française.</w:t>
      </w:r>
    </w:p>
    <w:p/>
    <w:p>
      <w:r>
        <w:rPr>
          <w:b/>
          <w:sz w:val="20"/>
        </w:rPr>
        <w:t>Engagement :</w:t>
      </w:r>
    </w:p>
    <w:p>
      <w:r>
        <w:rPr>
          <w:b w:val="0"/>
          <w:sz w:val="20"/>
        </w:rPr>
        <w:t>Je suis conscient(e) que toute fausse déclaration de ma part expose son auteur aux sanctions prévues par la loi, notamment en matière de faux et usage de faux.</w:t>
      </w:r>
    </w:p>
    <w:p>
      <w:r>
        <w:rPr>
          <w:b w:val="0"/>
          <w:sz w:val="20"/>
        </w:rPr>
        <w:t>Cette attestation pourra être utilisée à toutes fins utiles, notamment pour les démarches administratives ou juridiques nécessitant la preuve de non-polygamie.</w:t>
      </w:r>
    </w:p>
    <w:p/>
    <w:p/>
    <w:p>
      <w:r>
        <w:rPr>
          <w:b w:val="0"/>
          <w:sz w:val="20"/>
        </w:rPr>
        <w:t>Lieu de signature : 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DÉCLARANT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https://juridique-justice.com/attestation-de-non-polygamie/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https://juridique-justice.com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juridique-justice.com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justice.com/attestation-de-non-polygamie/" TargetMode="External"/><Relationship Id="rId10" Type="http://schemas.openxmlformats.org/officeDocument/2006/relationships/hyperlink" Target="https://juridique-justic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