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TÉMOIGNAGE EN FAVEUR D’UNE PERSONNE</w:t>
      </w:r>
    </w:p>
    <w:p/>
    <w:p/>
    <w:p>
      <w:r>
        <w:rPr>
          <w:b w:val="0"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Adresse : ____________________________________________________</w:t>
      </w:r>
    </w:p>
    <w:p>
      <w:r>
        <w:rPr>
          <w:b w:val="0"/>
          <w:sz w:val="20"/>
        </w:rPr>
        <w:t>Téléphone : _________________________________________________</w:t>
      </w:r>
    </w:p>
    <w:p>
      <w:r>
        <w:rPr>
          <w:b w:val="0"/>
          <w:sz w:val="20"/>
        </w:rPr>
        <w:t>Né(e) à : ____________________________________</w:t>
      </w:r>
    </w:p>
    <w:p>
      <w:r>
        <w:rPr>
          <w:b w:val="0"/>
          <w:sz w:val="20"/>
        </w:rPr>
        <w:t>Profession : ________________________________________________</w:t>
      </w:r>
    </w:p>
    <w:p/>
    <w:p>
      <w:r>
        <w:rPr>
          <w:b/>
          <w:sz w:val="20"/>
        </w:rPr>
        <w:t>Déclare par la présente attester ce qui suit :</w:t>
      </w:r>
    </w:p>
    <w:p/>
    <w:p>
      <w:r>
        <w:rPr>
          <w:b w:val="0"/>
          <w:sz w:val="20"/>
        </w:rPr>
        <w:t>Je certifie avoir connaissance personnelle de :</w:t>
      </w:r>
    </w:p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Adresse : ____________________________________________________</w:t>
      </w:r>
    </w:p>
    <w:p>
      <w:r>
        <w:rPr>
          <w:b w:val="0"/>
          <w:sz w:val="20"/>
        </w:rPr>
        <w:t>Né(e) à : ____________________________________</w:t>
      </w:r>
    </w:p>
    <w:p>
      <w:r>
        <w:rPr>
          <w:b w:val="0"/>
          <w:sz w:val="20"/>
        </w:rPr>
        <w:t>Lien avec la personne attestée : _______________________________</w:t>
      </w:r>
    </w:p>
    <w:p/>
    <w:p>
      <w:r>
        <w:rPr>
          <w:b w:val="0"/>
          <w:sz w:val="20"/>
        </w:rPr>
        <w:t>Dans le cadre de ma connaissance de cette personne, je témoigne des faits suivants :</w:t>
      </w:r>
    </w:p>
    <w:p>
      <w:r>
        <w:rPr>
          <w:b w:val="0"/>
          <w:sz w:val="20"/>
        </w:rPr>
        <w:t>- ____________________________________________________________</w:t>
      </w:r>
    </w:p>
    <w:p>
      <w:r>
        <w:rPr>
          <w:b w:val="0"/>
          <w:sz w:val="20"/>
        </w:rPr>
        <w:t>- ____________________________________________________________</w:t>
      </w:r>
    </w:p>
    <w:p>
      <w:r>
        <w:rPr>
          <w:b w:val="0"/>
          <w:sz w:val="20"/>
        </w:rPr>
        <w:t>- ____________________________________________________________</w:t>
      </w:r>
    </w:p>
    <w:p>
      <w:r>
        <w:rPr>
          <w:b w:val="0"/>
          <w:sz w:val="20"/>
        </w:rPr>
        <w:t>Ces faits sont exacts et correspondent à ma connaissance personnelle et sincère.</w:t>
      </w:r>
    </w:p>
    <w:p/>
    <w:p>
      <w:r>
        <w:rPr>
          <w:b/>
          <w:sz w:val="20"/>
        </w:rPr>
        <w:t>Je suis conscient(e) que cette attestation peut être utilisée dans le cadre de procédures administratives ou judiciaires et que toute fausse déclaration m’expose aux sanctions prévues par la loi.</w:t>
      </w:r>
    </w:p>
    <w:p/>
    <w:p/>
    <w:p>
      <w:r>
        <w:rPr>
          <w:b/>
          <w:sz w:val="20"/>
        </w:rPr>
        <w:t>Cette attestation est établie pour servir et valoir ce que de droit.</w:t>
      </w:r>
    </w:p>
    <w:p/>
    <w:p/>
    <w:p>
      <w:r>
        <w:rPr>
          <w:b w:val="0"/>
          <w:sz w:val="20"/>
        </w:rPr>
        <w:t xml:space="preserve">Lieu : ________________________________    </w:t>
      </w:r>
    </w:p>
    <w:p>
      <w:r>
        <w:rPr>
          <w:b w:val="0"/>
          <w:sz w:val="20"/>
        </w:rPr>
        <w:t xml:space="preserve">Signature : ____________________________    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Fait par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Reçu par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https://juridique-justice.com/attestation-de-temoignage-en-faveur-d'une-personne/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attestation-de-temoignage-en-faveur-d'une-personne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