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SUR L’HONNEUR DE GARDE AMIABLE</w:t>
      </w:r>
    </w:p>
    <w:p/>
    <w:p/>
    <w:p>
      <w:r>
        <w:rPr>
          <w:b/>
          <w:sz w:val="20"/>
        </w:rPr>
        <w:t xml:space="preserve">Je soussigné(e) : 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Date et lieu de naissance : 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/>
    <w:p>
      <w:r>
        <w:rPr>
          <w:b/>
          <w:sz w:val="20"/>
        </w:rPr>
        <w:t>Déclare sur l’honneur, ce qui suit :</w:t>
      </w:r>
    </w:p>
    <w:p/>
    <w:p>
      <w:r>
        <w:rPr>
          <w:b/>
          <w:sz w:val="20"/>
        </w:rPr>
        <w:t>1. Objet de la garde amiable</w:t>
      </w:r>
    </w:p>
    <w:p>
      <w:r>
        <w:rPr>
          <w:b w:val="0"/>
          <w:sz w:val="20"/>
        </w:rPr>
        <w:t>Je déclare garder à titre amiable et sans contrepartie, le(s) bien(s) appartenant à :</w:t>
      </w:r>
    </w:p>
    <w:p>
      <w:r>
        <w:rPr>
          <w:b w:val="0"/>
          <w:sz w:val="20"/>
        </w:rPr>
        <w:t>Nom et prénom du déposant : _______________________________________</w:t>
      </w:r>
    </w:p>
    <w:p>
      <w:r>
        <w:rPr>
          <w:b w:val="0"/>
          <w:sz w:val="20"/>
        </w:rPr>
        <w:t>Adresse du déposant : ____________________________________________</w:t>
      </w:r>
    </w:p>
    <w:p>
      <w:r>
        <w:rPr>
          <w:b w:val="0"/>
          <w:sz w:val="20"/>
        </w:rPr>
        <w:t>Téléphone du déposant : __________________________________________</w:t>
      </w:r>
    </w:p>
    <w:p/>
    <w:p>
      <w:r>
        <w:rPr>
          <w:b/>
          <w:sz w:val="20"/>
        </w:rPr>
        <w:t>Description précise du ou des biens confiés 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2. Durée de la garde amiable</w:t>
      </w:r>
    </w:p>
    <w:p>
      <w:r>
        <w:rPr>
          <w:b w:val="0"/>
          <w:sz w:val="20"/>
        </w:rPr>
        <w:t>La garde amiable est consentie pour une durée de : _______________</w:t>
      </w:r>
    </w:p>
    <w:p>
      <w:r>
        <w:rPr>
          <w:b w:val="0"/>
          <w:sz w:val="20"/>
        </w:rPr>
        <w:t>à compter de la date de signature de la présente attestation.</w:t>
      </w:r>
    </w:p>
    <w:p/>
    <w:p>
      <w:r>
        <w:rPr>
          <w:b/>
          <w:sz w:val="20"/>
        </w:rPr>
        <w:t>3. Engagements du gardien</w:t>
      </w:r>
    </w:p>
    <w:p>
      <w:r>
        <w:rPr>
          <w:b w:val="0"/>
          <w:sz w:val="20"/>
        </w:rPr>
        <w:t>Je m’engage à :</w:t>
      </w:r>
    </w:p>
    <w:p>
      <w:r>
        <w:rPr>
          <w:b w:val="0"/>
          <w:sz w:val="20"/>
        </w:rPr>
        <w:t>- Conserver les biens avec soin et diligence ;</w:t>
      </w:r>
    </w:p>
    <w:p>
      <w:r>
        <w:rPr>
          <w:b w:val="0"/>
          <w:sz w:val="20"/>
        </w:rPr>
        <w:t>- Ne pas les utiliser à des fins personnelles ou commerciales ;</w:t>
      </w:r>
    </w:p>
    <w:p>
      <w:r>
        <w:rPr>
          <w:b w:val="0"/>
          <w:sz w:val="20"/>
        </w:rPr>
        <w:t>- Les restituer à la première demande du déposant ou à l’échéance convenue ;</w:t>
      </w:r>
    </w:p>
    <w:p>
      <w:r>
        <w:rPr>
          <w:b w:val="0"/>
          <w:sz w:val="20"/>
        </w:rPr>
        <w:t>- Informer immédiatement le déposant de tout dommage, perte ou vol ;</w:t>
      </w:r>
    </w:p>
    <w:p>
      <w:r>
        <w:rPr>
          <w:b w:val="0"/>
          <w:sz w:val="20"/>
        </w:rPr>
        <w:t>- Ne pas sous-garder les biens sans accord écrit préalable du déposant.</w:t>
      </w:r>
    </w:p>
    <w:p/>
    <w:p>
      <w:r>
        <w:rPr>
          <w:b/>
          <w:sz w:val="20"/>
        </w:rPr>
        <w:t>4. Absence de transfert de propriété</w:t>
      </w:r>
    </w:p>
    <w:p>
      <w:r>
        <w:rPr>
          <w:b w:val="0"/>
          <w:sz w:val="20"/>
        </w:rPr>
        <w:t>Je reconnais que cette garde amiable ne constitue en aucun cas un transfert de propriété des biens confiés, qui restent la propriété exclusive du déposant.</w:t>
      </w:r>
    </w:p>
    <w:p/>
    <w:p>
      <w:r>
        <w:rPr>
          <w:b/>
          <w:sz w:val="20"/>
        </w:rPr>
        <w:t>5. Responsabilités</w:t>
      </w:r>
    </w:p>
    <w:p>
      <w:r>
        <w:rPr>
          <w:b w:val="0"/>
          <w:sz w:val="20"/>
        </w:rPr>
        <w:t>Je suis conscient(e) que toute dégradation, perte ou vol résultant d’une négligence de ma part pourra engager ma responsabilité civile.</w:t>
      </w:r>
    </w:p>
    <w:p/>
    <w:p>
      <w:r>
        <w:rPr>
          <w:b/>
          <w:sz w:val="20"/>
        </w:rPr>
        <w:t>6. Loi applicable et juridiction compétente</w:t>
      </w:r>
    </w:p>
    <w:p>
      <w:r>
        <w:rPr>
          <w:b w:val="0"/>
          <w:sz w:val="20"/>
        </w:rPr>
        <w:t>La présente attestation est régie par le droit français. En cas de litige, les tribunaux compétents seront ceux du lieu de résidence du déposant.</w:t>
      </w:r>
    </w:p>
    <w:p/>
    <w:p/>
    <w:p>
      <w:r>
        <w:rPr>
          <w:b w:val="0"/>
          <w:sz w:val="20"/>
        </w:rPr>
        <w:t>Lieu de signature : _______________________________________________</w:t>
      </w:r>
    </w:p>
    <w:p>
      <w:r>
        <w:rPr>
          <w:b w:val="0"/>
          <w:sz w:val="20"/>
        </w:rPr>
        <w:t>Date de signature : 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Déposant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Gardien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https://juridique-justice.com/attestation-sur-l'honneur-garde-amiable/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https://juridique-justice.com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juridique-justice.com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justice.com/attestation-sur-l'honneur-garde-amiable/" TargetMode="External"/><Relationship Id="rId10" Type="http://schemas.openxmlformats.org/officeDocument/2006/relationships/hyperlink" Target="https://juridique-justi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