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D’ANNULATION</w:t>
      </w:r>
    </w:p>
    <w:p/>
    <w:p/>
    <w:p>
      <w:r>
        <w:rPr>
          <w:b/>
          <w:sz w:val="20"/>
        </w:rPr>
        <w:t>Coordonnées du Demandeur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Destinataire :</w:t>
      </w:r>
    </w:p>
    <w:p>
      <w:r>
        <w:rPr>
          <w:b w:val="0"/>
          <w:sz w:val="20"/>
        </w:rPr>
        <w:t>Nom ou Raison sociale : 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/>
    <w:p>
      <w:r>
        <w:rPr>
          <w:b/>
          <w:sz w:val="20"/>
        </w:rPr>
        <w:t>Objet : Demande d’annulation de contrat/commande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formuler une demande d’annulation concernant le contrat/la commande référencé(e) ci-dessous, conformément aux dispositions légales en vigueur en droit français.</w:t>
      </w:r>
    </w:p>
    <w:p/>
    <w:p>
      <w:r>
        <w:rPr>
          <w:b/>
          <w:sz w:val="20"/>
        </w:rPr>
        <w:t>Références du contrat/commande :</w:t>
      </w:r>
    </w:p>
    <w:p>
      <w:r>
        <w:rPr>
          <w:b w:val="0"/>
          <w:sz w:val="20"/>
        </w:rPr>
        <w:t>Numéro de contrat/commande : ______________________________________</w:t>
      </w:r>
    </w:p>
    <w:p>
      <w:r>
        <w:rPr>
          <w:b w:val="0"/>
          <w:sz w:val="20"/>
        </w:rPr>
        <w:t>Date de signature/de commande : ___________________________________</w:t>
      </w:r>
    </w:p>
    <w:p/>
    <w:p>
      <w:r>
        <w:rPr>
          <w:b/>
          <w:sz w:val="20"/>
        </w:rPr>
        <w:t>Motifs de la demande d’annulation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 w:val="0"/>
          <w:sz w:val="20"/>
        </w:rPr>
        <w:t>Conformément aux articles L.221-18 et suivants du Code de la consommation, je dispose d’un délai légal de rétractation permettant d’annuler ce contrat/commande sans frais et sans motif, à condition que cette demande intervienne dans le délai imparti.</w:t>
      </w:r>
    </w:p>
    <w:p>
      <w:r>
        <w:rPr>
          <w:b w:val="0"/>
          <w:sz w:val="20"/>
        </w:rPr>
        <w:t>Dans le cas contraire, je vous prie de bien vouloir prendre en compte ma demande d’annulation pour motifs légitimes, tels que mentionnés ci-dessus.</w:t>
      </w:r>
    </w:p>
    <w:p/>
    <w:p>
      <w:r>
        <w:rPr>
          <w:b w:val="0"/>
          <w:sz w:val="20"/>
        </w:rPr>
        <w:t>Je vous demande donc :</w:t>
      </w:r>
    </w:p>
    <w:p>
      <w:r>
        <w:rPr>
          <w:b w:val="0"/>
          <w:sz w:val="20"/>
        </w:rPr>
        <w:t>- De bien vouloir procéder à l’annulation formelle du contrat/de la commande.</w:t>
      </w:r>
    </w:p>
    <w:p>
      <w:r>
        <w:rPr>
          <w:b w:val="0"/>
          <w:sz w:val="20"/>
        </w:rPr>
        <w:t>- De confirmer par écrit la prise en compte de cette annulation.</w:t>
      </w:r>
    </w:p>
    <w:p>
      <w:r>
        <w:rPr>
          <w:b w:val="0"/>
          <w:sz w:val="20"/>
        </w:rPr>
        <w:t>- Le cas échéant, de procéder au remboursement des sommes versées dans les meilleurs délais.</w:t>
      </w:r>
    </w:p>
    <w:p/>
    <w:p>
      <w:r>
        <w:rPr>
          <w:b/>
          <w:sz w:val="20"/>
        </w:rPr>
        <w:t>Pièces jointes :</w:t>
      </w:r>
    </w:p>
    <w:p>
      <w:r>
        <w:rPr>
          <w:b w:val="0"/>
          <w:sz w:val="20"/>
        </w:rPr>
        <w:t>- Copie du contrat/de la commande</w:t>
      </w:r>
    </w:p>
    <w:p>
      <w:r>
        <w:rPr>
          <w:b w:val="0"/>
          <w:sz w:val="20"/>
        </w:rPr>
        <w:t>- Justificatifs relatifs aux motifs d’annulation (le cas échéant)</w:t>
      </w:r>
    </w:p>
    <w:p/>
    <w:p/>
    <w:p>
      <w:r>
        <w:rPr>
          <w:b w:val="0"/>
          <w:sz w:val="20"/>
        </w:rPr>
        <w:t>Je vous remercie par avance de l’attention portée à ce courrier et reste à votre disposition pour toute information complémentaire.</w:t>
      </w:r>
    </w:p>
    <w:p/>
    <w:p/>
    <w:p>
      <w:r>
        <w:rPr>
          <w:b w:val="0"/>
          <w:sz w:val="20"/>
        </w:rPr>
        <w:t>Lieu : ____________________________    Date : ____________________________</w:t>
      </w:r>
    </w:p>
    <w:p/>
    <w:p/>
    <w:p>
      <w:r>
        <w:rPr>
          <w:b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Destinataire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https://juridique-justice.com/demande-d'annulation/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demande-d'annulation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