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D'EXPLICATION POUR FAUTE PROFESSIONNELLE</w:t>
      </w:r>
    </w:p>
    <w:p/>
    <w:p/>
    <w:p>
      <w:r>
        <w:rPr>
          <w:b w:val="0"/>
          <w:sz w:val="20"/>
        </w:rPr>
        <w:t>À :</w:t>
      </w:r>
    </w:p>
    <w:p>
      <w:r>
        <w:rPr>
          <w:b w:val="0"/>
          <w:sz w:val="20"/>
        </w:rPr>
        <w:t>Monsieur/Madame _______________________________________________________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</w:t>
      </w:r>
    </w:p>
    <w:p>
      <w:r>
        <w:rPr>
          <w:b w:val="0"/>
          <w:sz w:val="20"/>
        </w:rPr>
        <w:t>Service : ______________________________________________________________</w:t>
      </w:r>
    </w:p>
    <w:p/>
    <w:p/>
    <w:p>
      <w:r>
        <w:rPr>
          <w:b w:val="0"/>
          <w:sz w:val="20"/>
        </w:rPr>
        <w:t>De :</w:t>
      </w:r>
    </w:p>
    <w:p>
      <w:r>
        <w:rPr>
          <w:b w:val="0"/>
          <w:sz w:val="20"/>
        </w:rPr>
        <w:t>Monsieur/Madame _______________________________________________________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</w:t>
      </w:r>
    </w:p>
    <w:p>
      <w:r>
        <w:rPr>
          <w:b w:val="0"/>
          <w:sz w:val="20"/>
        </w:rPr>
        <w:t>Service : ______________________________________________________________</w:t>
      </w:r>
    </w:p>
    <w:p/>
    <w:p/>
    <w:p>
      <w:r>
        <w:rPr>
          <w:b/>
          <w:sz w:val="20"/>
        </w:rPr>
        <w:t>Objet : Demande d'explication concernant une faute professionnelle présumée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Dans le cadre de vos fonctions au sein de notre entreprise, il a été porté à notre attention un comportement susceptible de constituer une faute professionnelle. Conformément aux dispositions du Code du travail et aux règles internes de notre société, nous vous invitons à fournir des explications écrites sur les faits suivants :</w:t>
      </w:r>
    </w:p>
    <w:p/>
    <w:p/>
    <w:p>
      <w:r>
        <w:rPr>
          <w:b/>
          <w:sz w:val="20"/>
        </w:rPr>
        <w:t>Description des faits reprochés 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 w:val="0"/>
          <w:sz w:val="20"/>
        </w:rPr>
        <w:t>Ces faits, s’ils étaient avérés, pourraient engager votre responsabilité disciplinaire et entraîner des sanctions conformément au règlement intérieur et à la législation en vigueur.</w:t>
      </w:r>
    </w:p>
    <w:p/>
    <w:p/>
    <w:p>
      <w:r>
        <w:rPr>
          <w:b w:val="0"/>
          <w:sz w:val="20"/>
        </w:rPr>
        <w:t>Nous vous demandons donc de bien vouloir nous faire parvenir, dans un délai raisonnable, vos explications détaillées sur les événements mentionnés ci-dessus. Vous pouvez également demander à être assisté(e) par une personne de votre choix lors de tout entretien qui pourrait suivre cette demande.</w:t>
      </w:r>
    </w:p>
    <w:p/>
    <w:p/>
    <w:p>
      <w:r>
        <w:rPr>
          <w:b w:val="0"/>
          <w:sz w:val="20"/>
        </w:rPr>
        <w:t>Nous vous rappelons que cette demande s'inscrit dans le respect de vos droits et que vous bénéficiez des garanties prévues par le Code du travail, notamment le droit à la défense.</w:t>
      </w:r>
    </w:p>
    <w:p/>
    <w:p/>
    <w:p>
      <w:r>
        <w:rPr>
          <w:b w:val="0"/>
          <w:sz w:val="20"/>
        </w:rPr>
        <w:t>Nous vous remercions de l’attention portée à ce courrier et restons à votre disposition pour convenir d’un rendez-vous si vous le souhaitez.</w:t>
      </w:r>
    </w:p>
    <w:p/>
    <w:p/>
    <w:p/>
    <w:p>
      <w:r>
        <w:rPr>
          <w:b w:val="0"/>
          <w:sz w:val="20"/>
        </w:rPr>
        <w:t>Veuillez recevoir, Madame, Monsieur, l’expression de nos salutations distinguées.</w:t>
      </w:r>
    </w:p>
    <w:p/>
    <w:p/>
    <w:p/>
    <w:p>
      <w:r>
        <w:rPr>
          <w:b w:val="0"/>
          <w:sz w:val="20"/>
        </w:rPr>
        <w:t>Lieu : ___________________________________________</w:t>
      </w:r>
    </w:p>
    <w:p>
      <w:r>
        <w:rPr>
          <w:b w:val="0"/>
          <w:sz w:val="20"/>
        </w:rPr>
        <w:t>Signature : 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ÉMETTEUR DE LA DEMANDE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 CONCERNÉ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https://juridique-justice.com/demande-d'explication-pour-faute-professionnelle/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demande-d'explication-pour-faute-professionnell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