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DÉCLASSEMENT D’UN TERRAIN AGRICOLE</w:t>
      </w:r>
    </w:p>
    <w:p/>
    <w:p/>
    <w:p>
      <w:r>
        <w:rPr>
          <w:b/>
          <w:sz w:val="20"/>
        </w:rPr>
        <w:t>À l’attention de Monsieur le Préfet</w:t>
      </w:r>
    </w:p>
    <w:p>
      <w:r>
        <w:rPr>
          <w:b w:val="0"/>
          <w:sz w:val="20"/>
        </w:rPr>
        <w:t>Préfecture de ____________________________</w:t>
      </w:r>
    </w:p>
    <w:p>
      <w:r>
        <w:rPr>
          <w:b w:val="0"/>
          <w:sz w:val="20"/>
        </w:rPr>
        <w:t>Service de l’urbanisme</w:t>
      </w:r>
    </w:p>
    <w:p>
      <w:r>
        <w:rPr>
          <w:b w:val="0"/>
          <w:sz w:val="20"/>
        </w:rPr>
        <w:t>Adresse : ____________________________________________</w:t>
      </w:r>
    </w:p>
    <w:p/>
    <w:p/>
    <w:p>
      <w:r>
        <w:rPr>
          <w:b/>
          <w:sz w:val="20"/>
        </w:rPr>
        <w:t>Nom et Prénom : ___________________________________________</w:t>
      </w:r>
    </w:p>
    <w:p>
      <w:r>
        <w:rPr>
          <w:b w:val="0"/>
          <w:sz w:val="20"/>
        </w:rPr>
        <w:t>Adresse : _________________________________________________</w:t>
      </w:r>
    </w:p>
    <w:p>
      <w:r>
        <w:rPr>
          <w:b w:val="0"/>
          <w:sz w:val="20"/>
        </w:rPr>
        <w:t>Code postal et Ville : _______________________________________</w:t>
      </w:r>
    </w:p>
    <w:p>
      <w:r>
        <w:rPr>
          <w:b w:val="0"/>
          <w:sz w:val="20"/>
        </w:rPr>
        <w:t>Téléphone : ________________________________________________</w:t>
      </w:r>
    </w:p>
    <w:p>
      <w:r>
        <w:rPr>
          <w:b w:val="0"/>
          <w:sz w:val="20"/>
        </w:rPr>
        <w:t>Adresse électronique : ______________________________________</w:t>
      </w:r>
    </w:p>
    <w:p/>
    <w:p/>
    <w:p>
      <w:r>
        <w:rPr>
          <w:b/>
          <w:sz w:val="20"/>
        </w:rPr>
        <w:t>Objet : Demande de déclassement d’un terrain agricole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sollicite le déclassement du terrain agricole dont les caractéristiques sont les suivantes :</w:t>
      </w:r>
    </w:p>
    <w:p/>
    <w:p>
      <w:r>
        <w:rPr>
          <w:b w:val="0"/>
          <w:sz w:val="20"/>
        </w:rPr>
        <w:t>• Localisation : ___________________________________________________________</w:t>
      </w:r>
    </w:p>
    <w:p>
      <w:r>
        <w:rPr>
          <w:b w:val="0"/>
          <w:sz w:val="20"/>
        </w:rPr>
        <w:t>• Cadastre : ______________________________________________________________</w:t>
      </w:r>
    </w:p>
    <w:p>
      <w:r>
        <w:rPr>
          <w:b w:val="0"/>
          <w:sz w:val="20"/>
        </w:rPr>
        <w:t>• Superficie : _____________________________________________________________</w:t>
      </w:r>
    </w:p>
    <w:p>
      <w:r>
        <w:rPr>
          <w:b w:val="0"/>
          <w:sz w:val="20"/>
        </w:rPr>
        <w:t>• Références cadastrales : _________________________________________________</w:t>
      </w:r>
    </w:p>
    <w:p>
      <w:r>
        <w:rPr>
          <w:b w:val="0"/>
          <w:sz w:val="20"/>
        </w:rPr>
        <w:t>• Propriétaire actuel : _________________________________________________</w:t>
      </w:r>
    </w:p>
    <w:p/>
    <w:p>
      <w:r>
        <w:rPr>
          <w:b w:val="0"/>
          <w:sz w:val="20"/>
        </w:rPr>
        <w:t>Ce terrain est actuellement classé en zone agricole au Plan Local d’Urbanisme (PLU) de la commune de _______________________________.</w:t>
      </w:r>
    </w:p>
    <w:p/>
    <w:p>
      <w:r>
        <w:rPr>
          <w:b w:val="0"/>
          <w:sz w:val="20"/>
        </w:rPr>
        <w:t>Je souhaite que ce terrain soit déclassé afin de pouvoir l’affecter à un usage non agricole, conformément aux dispositions du Code de l’urbanisme.</w:t>
      </w:r>
    </w:p>
    <w:p/>
    <w:p>
      <w:r>
        <w:rPr>
          <w:b/>
          <w:sz w:val="20"/>
        </w:rPr>
        <w:t>Cette demande s’appuie sur les justifications suivantes :</w:t>
      </w:r>
    </w:p>
    <w:p>
      <w:r>
        <w:rPr>
          <w:b w:val="0"/>
          <w:sz w:val="20"/>
        </w:rPr>
        <w:t>- Le terrain n’est plus exploité à des fins agricoles depuis plusieurs années.</w:t>
      </w:r>
    </w:p>
    <w:p>
      <w:r>
        <w:rPr>
          <w:b w:val="0"/>
          <w:sz w:val="20"/>
        </w:rPr>
        <w:t>- La localisation et la configuration du terrain ne permettent plus une activité agricole viable.</w:t>
      </w:r>
    </w:p>
    <w:p>
      <w:r>
        <w:rPr>
          <w:b w:val="0"/>
          <w:sz w:val="20"/>
        </w:rPr>
        <w:t>- Un projet d’aménagement respectueux de l’environnement et conforme aux orientations d’urbanisme locales est envisagé.</w:t>
      </w:r>
    </w:p>
    <w:p/>
    <w:p>
      <w:r>
        <w:rPr>
          <w:b/>
          <w:sz w:val="20"/>
        </w:rPr>
        <w:t>Conformément à l’article L.123-1-5 du Code de l’urbanisme, je joins à cette demande les pièces justificatives suivantes :</w:t>
      </w:r>
    </w:p>
    <w:p>
      <w:r>
        <w:rPr>
          <w:b w:val="0"/>
          <w:sz w:val="20"/>
        </w:rPr>
        <w:t>• Copie du plan cadastral mettant en évidence la parcelle concernée.</w:t>
      </w:r>
    </w:p>
    <w:p>
      <w:r>
        <w:rPr>
          <w:b w:val="0"/>
          <w:sz w:val="20"/>
        </w:rPr>
        <w:t>• Photographies récentes du terrain.</w:t>
      </w:r>
    </w:p>
    <w:p>
      <w:r>
        <w:rPr>
          <w:b w:val="0"/>
          <w:sz w:val="20"/>
        </w:rPr>
        <w:t>• Extrait du Plan Local d’Urbanisme indiquant la classification actuelle.</w:t>
      </w:r>
    </w:p>
    <w:p>
      <w:r>
        <w:rPr>
          <w:b w:val="0"/>
          <w:sz w:val="20"/>
        </w:rPr>
        <w:t>• Justificatifs de la non-exploitation agricole.</w:t>
      </w:r>
    </w:p>
    <w:p>
      <w:r>
        <w:rPr>
          <w:b w:val="0"/>
          <w:sz w:val="20"/>
        </w:rPr>
        <w:t>• Tout autre document pertinent appuyant la demande.</w:t>
      </w:r>
    </w:p>
    <w:p/>
    <w:p>
      <w:r>
        <w:rPr>
          <w:b w:val="0"/>
          <w:sz w:val="20"/>
        </w:rPr>
        <w:t>Je reste à votre disposition pour toute information complémentaire et pour convenir d’un rendez-vous si nécessaire.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à 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: 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https://juridique-justice.com/demande-modele-de-lettre-de-declassement-d'un-terrain-agricole/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demande-modele-de-lettre-de-declassement-d'un-terrain-agricol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