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LETTRE DE DEMANDE DE DIVORCE</w:t>
      </w:r>
    </w:p>
    <w:p/>
    <w:p/>
    <w:p>
      <w:r>
        <w:rPr>
          <w:b/>
          <w:sz w:val="20"/>
        </w:rPr>
        <w:t>Coordonnées du Demandeur :</w:t>
      </w:r>
    </w:p>
    <w:p>
      <w:r>
        <w:rPr>
          <w:b w:val="0"/>
          <w:sz w:val="20"/>
        </w:rPr>
        <w:t>Nom et Prénom : 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>
      <w:r>
        <w:rPr>
          <w:b w:val="0"/>
          <w:sz w:val="20"/>
        </w:rPr>
        <w:t>Adresse e-mail : _________________________________________________</w:t>
      </w:r>
    </w:p>
    <w:p/>
    <w:p>
      <w:r>
        <w:rPr>
          <w:b/>
          <w:sz w:val="20"/>
        </w:rPr>
        <w:t>À l'attention de :</w:t>
      </w:r>
    </w:p>
    <w:p>
      <w:r>
        <w:rPr>
          <w:b w:val="0"/>
          <w:sz w:val="20"/>
        </w:rPr>
        <w:t>Monsieur/Madame le/la Président(e)</w:t>
      </w:r>
    </w:p>
    <w:p>
      <w:r>
        <w:rPr>
          <w:b w:val="0"/>
          <w:sz w:val="20"/>
        </w:rPr>
        <w:t>Tribunal Judiciaire de _______________________________</w:t>
      </w:r>
    </w:p>
    <w:p>
      <w:r>
        <w:rPr>
          <w:b w:val="0"/>
          <w:sz w:val="20"/>
        </w:rPr>
        <w:t>Adresse du Tribunal : ______________________________________________</w:t>
      </w:r>
    </w:p>
    <w:p/>
    <w:p>
      <w:r>
        <w:rPr>
          <w:b/>
          <w:sz w:val="20"/>
        </w:rPr>
        <w:t>Objet : Demande de divorce</w:t>
      </w:r>
    </w:p>
    <w:p/>
    <w:p>
      <w:r>
        <w:rPr>
          <w:b w:val="0"/>
          <w:sz w:val="20"/>
        </w:rPr>
        <w:t>Par la présente, je soussigné(e), ________________________________, demeurant à l'adresse indiquée ci-dessus, souhaite formuler une demande de divorce conformément aux dispositions du Code civil français.</w:t>
      </w:r>
    </w:p>
    <w:p/>
    <w:p>
      <w:r>
        <w:rPr>
          <w:b/>
          <w:sz w:val="20"/>
        </w:rPr>
        <w:t>Informations concernant le mariage :</w:t>
      </w:r>
    </w:p>
    <w:p>
      <w:r>
        <w:rPr>
          <w:b w:val="0"/>
          <w:sz w:val="20"/>
        </w:rPr>
        <w:t>Nom et Prénom de l'autre époux(se) : ______________________________</w:t>
      </w:r>
    </w:p>
    <w:p>
      <w:r>
        <w:rPr>
          <w:b w:val="0"/>
          <w:sz w:val="20"/>
        </w:rPr>
        <w:t>Date du mariage : _________________________________________________</w:t>
      </w:r>
    </w:p>
    <w:p>
      <w:r>
        <w:rPr>
          <w:b w:val="0"/>
          <w:sz w:val="20"/>
        </w:rPr>
        <w:t>Lieu du mariage : _________________________________________________</w:t>
      </w:r>
    </w:p>
    <w:p/>
    <w:p>
      <w:r>
        <w:rPr>
          <w:b/>
          <w:sz w:val="20"/>
        </w:rPr>
        <w:t>Motifs de la demande de divorce :</w:t>
      </w:r>
    </w:p>
    <w:p>
      <w:r>
        <w:rPr>
          <w:b w:val="0"/>
          <w:sz w:val="20"/>
        </w:rPr>
        <w:t>Conformément à l'article 229 du Code civil, je sollicite le divorce pour les motifs suivants :</w:t>
      </w:r>
    </w:p>
    <w:p>
      <w:r>
        <w:rPr>
          <w:b w:val="0"/>
          <w:sz w:val="20"/>
        </w:rPr>
        <w:t>- [ ] Consentement mutuel (divorce par consentement mutuel)</w:t>
      </w:r>
    </w:p>
    <w:p>
      <w:r>
        <w:rPr>
          <w:b w:val="0"/>
          <w:sz w:val="20"/>
        </w:rPr>
        <w:t>- [ ] Acceptation du principe de la rupture du mariage</w:t>
      </w:r>
    </w:p>
    <w:p>
      <w:r>
        <w:rPr>
          <w:b w:val="0"/>
          <w:sz w:val="20"/>
        </w:rPr>
        <w:t>- [ ] Altération définitive du lien conjugal</w:t>
      </w:r>
    </w:p>
    <w:p>
      <w:r>
        <w:rPr>
          <w:b w:val="0"/>
          <w:sz w:val="20"/>
        </w:rPr>
        <w:t>- [ ] Faute</w:t>
      </w:r>
    </w:p>
    <w:p/>
    <w:p>
      <w:r>
        <w:rPr>
          <w:b/>
          <w:sz w:val="20"/>
        </w:rPr>
        <w:t>Enfants issus du mariage :</w:t>
      </w:r>
    </w:p>
    <w:p>
      <w:r>
        <w:rPr>
          <w:b w:val="0"/>
          <w:sz w:val="20"/>
        </w:rPr>
        <w:t>Nom(s) et prénom(s) : _______________________________________________</w:t>
      </w:r>
    </w:p>
    <w:p>
      <w:r>
        <w:rPr>
          <w:b w:val="0"/>
          <w:sz w:val="20"/>
        </w:rPr>
        <w:t>Date(s) de naissance : _____________________________________________</w:t>
      </w:r>
    </w:p>
    <w:p>
      <w:r>
        <w:rPr>
          <w:b w:val="0"/>
          <w:sz w:val="20"/>
        </w:rPr>
        <w:t>Modalités souhaitées concernant la garde, résidence et contribution à l'entretien et à l'éducation 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Régime matrimonial et partage des biens :</w:t>
      </w:r>
    </w:p>
    <w:p>
      <w:r>
        <w:rPr>
          <w:b w:val="0"/>
          <w:sz w:val="20"/>
        </w:rPr>
        <w:t>Régime matrimonial souscrit : _______________________________________</w:t>
      </w:r>
    </w:p>
    <w:p>
      <w:r>
        <w:rPr>
          <w:b w:val="0"/>
          <w:sz w:val="20"/>
        </w:rPr>
        <w:t>Modalités souhaitées concernant le partage des biens et dettes 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Demandes complémentaires :</w:t>
      </w:r>
    </w:p>
    <w:p>
      <w:r>
        <w:rPr>
          <w:b w:val="0"/>
          <w:sz w:val="20"/>
        </w:rPr>
        <w:t>Je sollicite également, le cas échéant :</w:t>
      </w:r>
    </w:p>
    <w:p>
      <w:r>
        <w:rPr>
          <w:b w:val="0"/>
          <w:sz w:val="20"/>
        </w:rPr>
        <w:t>- Fixation de la prestation compensatoire : _________________________</w:t>
      </w:r>
    </w:p>
    <w:p>
      <w:r>
        <w:rPr>
          <w:b w:val="0"/>
          <w:sz w:val="20"/>
        </w:rPr>
        <w:t>- Attribution du logement familial : ________________________________</w:t>
      </w:r>
    </w:p>
    <w:p>
      <w:r>
        <w:rPr>
          <w:b w:val="0"/>
          <w:sz w:val="20"/>
        </w:rPr>
        <w:t>- Autres mesures urgentes ou provisoires : 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 w:val="0"/>
          <w:sz w:val="20"/>
        </w:rPr>
        <w:t>Je m'engage à fournir tous les documents et informations nécessaires à l'instruction de cette demande. Je certifie l'exactitude des informations fournies ci-dessus.</w:t>
      </w:r>
    </w:p>
    <w:p/>
    <w:p/>
    <w:p>
      <w:r>
        <w:rPr>
          <w:b w:val="0"/>
          <w:sz w:val="20"/>
        </w:rPr>
        <w:t>Fait à : ___________________________________</w:t>
      </w:r>
    </w:p>
    <w:p>
      <w:r>
        <w:rPr>
          <w:b w:val="0"/>
          <w:sz w:val="20"/>
        </w:rPr>
        <w:t>Le : ______________________________________</w:t>
      </w:r>
    </w:p>
    <w:p/>
    <w:p/>
    <w:p/>
    <w:p>
      <w:r>
        <w:rPr>
          <w:b/>
          <w:sz w:val="20"/>
        </w:rPr>
        <w:t>Signature :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Demandeur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Avocat (si applicable)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https://juridique-justice.com/lettre-de-divorce/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https://juridique-justice.com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juridique-justice.com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justice.com/lettre-de-divorce/" TargetMode="External"/><Relationship Id="rId10" Type="http://schemas.openxmlformats.org/officeDocument/2006/relationships/hyperlink" Target="https://juridique-justi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