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LA BONNE MÈRE</w:t>
      </w:r>
    </w:p>
    <w:p/>
    <w:p/>
    <w:p>
      <w:r>
        <w:rPr>
          <w:b/>
          <w:sz w:val="20"/>
        </w:rPr>
        <w:t>Je soussigné(e),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Date et lieu de naissance : 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/>
    <w:p>
      <w:r>
        <w:rPr>
          <w:b/>
          <w:sz w:val="20"/>
        </w:rPr>
        <w:t>Certifie sur l’honneur que l’enfant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Date et lieu de naissance : ________________________________________</w:t>
      </w:r>
    </w:p>
    <w:p/>
    <w:p>
      <w:r>
        <w:rPr>
          <w:b w:val="0"/>
          <w:sz w:val="20"/>
        </w:rPr>
        <w:t>Est bien mon enfant, né(e) de mes liens de filiation maternelle.</w:t>
      </w:r>
    </w:p>
    <w:p/>
    <w:p/>
    <w:p>
      <w:r>
        <w:rPr>
          <w:b w:val="0"/>
          <w:sz w:val="20"/>
        </w:rPr>
        <w:t>Cette attestation est rédigée afin de servir et valoir ce que de droit.</w:t>
      </w:r>
    </w:p>
    <w:p/>
    <w:p/>
    <w:p>
      <w:r>
        <w:rPr>
          <w:b w:val="0"/>
          <w:sz w:val="20"/>
        </w:rPr>
        <w:t>Je déclare que les informations fournies sont exactes et véritables.</w:t>
      </w:r>
    </w:p>
    <w:p/>
    <w:p>
      <w:r>
        <w:rPr>
          <w:b w:val="0"/>
          <w:sz w:val="20"/>
        </w:rPr>
        <w:t>Je suis consciente des sanctions pénales encourues en cas de fausse déclaration.</w:t>
      </w:r>
    </w:p>
    <w:p/>
    <w:p/>
    <w:p>
      <w:r>
        <w:rPr>
          <w:b w:val="0"/>
          <w:sz w:val="20"/>
        </w:rPr>
        <w:t>Fait à : ____________________________________________________________</w:t>
      </w:r>
    </w:p>
    <w:p>
      <w:r>
        <w:rPr>
          <w:b w:val="0"/>
          <w:sz w:val="20"/>
        </w:rPr>
        <w:t>Le 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L’ATTESTANTE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TÉMOIN (facultatif)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https://juridique-justice.com/modele-attestation-bonne-mere/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https://juridique-justice.com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juridique-justice.com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justice.com/modele-attestation-bonne-mere/" TargetMode="External"/><Relationship Id="rId10" Type="http://schemas.openxmlformats.org/officeDocument/2006/relationships/hyperlink" Target="https://juridique-just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