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ATTESTATION DE BON COMPORTEMENT</w:t>
      </w:r>
    </w:p>
    <w:p/>
    <w:p/>
    <w:p>
      <w:r>
        <w:rPr>
          <w:b/>
          <w:sz w:val="20"/>
        </w:rPr>
        <w:t>Je soussigné(e),</w:t>
      </w:r>
    </w:p>
    <w:p>
      <w:r>
        <w:rPr>
          <w:b w:val="0"/>
          <w:sz w:val="20"/>
        </w:rPr>
        <w:t>Nom et Prénom : ________________________________________________</w:t>
      </w:r>
    </w:p>
    <w:p>
      <w:r>
        <w:rPr>
          <w:b w:val="0"/>
          <w:sz w:val="20"/>
        </w:rPr>
        <w:t>Fonction : ______________________________________________________</w:t>
      </w:r>
    </w:p>
    <w:p>
      <w:r>
        <w:rPr>
          <w:b w:val="0"/>
          <w:sz w:val="20"/>
        </w:rPr>
        <w:t>Adresse professionnelle : ________________________________________</w:t>
      </w:r>
    </w:p>
    <w:p>
      <w:r>
        <w:rPr>
          <w:b w:val="0"/>
          <w:sz w:val="20"/>
        </w:rPr>
        <w:t>Certifie par la présente que :</w:t>
      </w:r>
    </w:p>
    <w:p/>
    <w:p>
      <w:r>
        <w:rPr>
          <w:b w:val="0"/>
          <w:sz w:val="20"/>
        </w:rPr>
        <w:t>Nom et Prénom : ________________________________________________</w:t>
      </w:r>
    </w:p>
    <w:p>
      <w:r>
        <w:rPr>
          <w:b w:val="0"/>
          <w:sz w:val="20"/>
        </w:rPr>
        <w:t>Date et lieu de naissance : ______________________________________</w:t>
      </w:r>
    </w:p>
    <w:p>
      <w:r>
        <w:rPr>
          <w:b w:val="0"/>
          <w:sz w:val="20"/>
        </w:rPr>
        <w:t>Adresse : _______________________________________________________</w:t>
      </w:r>
    </w:p>
    <w:p>
      <w:r>
        <w:rPr>
          <w:b w:val="0"/>
          <w:sz w:val="20"/>
        </w:rPr>
        <w:t>Nº de pièce d’identité : _________________________________________</w:t>
      </w:r>
    </w:p>
    <w:p/>
    <w:p>
      <w:r>
        <w:rPr>
          <w:b/>
          <w:sz w:val="20"/>
        </w:rPr>
        <w:t>Cette attestation est délivrée à la demande de l’intéressé(e) afin d’attester de son bon comportement.</w:t>
      </w:r>
    </w:p>
    <w:p>
      <w:r>
        <w:rPr>
          <w:b w:val="0"/>
          <w:sz w:val="20"/>
        </w:rPr>
        <w:t>Il/Elle n’a fait l’objet d’aucune condamnation judiciaire susceptible d’entacher son honorabilité ou sa moralité, notamment au regard des lois et règlements en vigueur en République française.</w:t>
      </w:r>
    </w:p>
    <w:p>
      <w:r>
        <w:rPr>
          <w:b w:val="0"/>
          <w:sz w:val="20"/>
        </w:rPr>
        <w:t>Aucune mesure disciplinaire, sanction administrative ou judiciaire n’a été prise à son encontre qui pourrait porter atteinte à sa réputation ou à sa probité.</w:t>
      </w:r>
    </w:p>
    <w:p/>
    <w:p>
      <w:r>
        <w:rPr>
          <w:b w:val="0"/>
          <w:sz w:val="20"/>
        </w:rPr>
        <w:t>Cette attestation est strictement destinée à l’usage personnel de l’intéressé(e) et ne peut être utilisée à d’autres fins que celles pour lesquelles elle est délivrée.</w:t>
      </w:r>
    </w:p>
    <w:p>
      <w:r>
        <w:rPr>
          <w:b w:val="0"/>
          <w:sz w:val="20"/>
        </w:rPr>
        <w:t>Elle ne préjuge en aucun cas des décisions ultérieures des autorités compétentes quant à la vérification ou à la validité des informations fournies.</w:t>
      </w:r>
    </w:p>
    <w:p/>
    <w:p>
      <w:r>
        <w:rPr>
          <w:b w:val="0"/>
          <w:sz w:val="20"/>
        </w:rPr>
        <w:t>Le signataire s’engage à n’avoir fourni que des informations exactes et vérifiables.</w:t>
      </w:r>
    </w:p>
    <w:p>
      <w:r>
        <w:rPr>
          <w:b w:val="0"/>
          <w:sz w:val="20"/>
        </w:rPr>
        <w:t>Toute fausse déclaration engage la responsabilité civile et pénale de son auteur, conformément aux dispositions du Code pénal français.</w:t>
      </w:r>
    </w:p>
    <w:p/>
    <w:p>
      <w:r>
        <w:rPr>
          <w:b w:val="0"/>
          <w:sz w:val="20"/>
        </w:rPr>
        <w:t>Les données personnelles mentionnées dans la présente attestation sont traitées conformément à la réglementation en vigueur sur la protection des données personnelles (RGPD).</w:t>
      </w:r>
    </w:p>
    <w:p>
      <w:r>
        <w:rPr>
          <w:b w:val="0"/>
          <w:sz w:val="20"/>
        </w:rPr>
        <w:t>Elles sont destinées exclusivement aux fins de cette attestation et ne seront en aucun cas divulguées à des tiers non autorisés sans le consentement explicite de l’intéressé(e).</w:t>
      </w:r>
    </w:p>
    <w:p/>
    <w:p/>
    <w:p>
      <w:r>
        <w:rPr>
          <w:b w:val="0"/>
          <w:sz w:val="20"/>
        </w:rPr>
        <w:t>Lieu de délivrance : _________________________________________________</w:t>
      </w:r>
    </w:p>
    <w:p>
      <w:r>
        <w:rPr>
          <w:b w:val="0"/>
          <w:sz w:val="20"/>
        </w:rPr>
        <w:t>Date : _____________________________________________________________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Signature et cachet de l’autorité délivrante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https://juridique-justice.com/modele-attestation-de-bon-comportement/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https://juridique-justice.com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juridique-justice.com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justice.com/modele-attestation-de-bon-comportement/" TargetMode="External"/><Relationship Id="rId10" Type="http://schemas.openxmlformats.org/officeDocument/2006/relationships/hyperlink" Target="https://juridique-justic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