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ATTESTATION D’HABILITATION</w:t>
      </w:r>
    </w:p>
    <w:p/>
    <w:p>
      <w:r>
        <w:rPr>
          <w:b/>
          <w:sz w:val="20"/>
        </w:rPr>
        <w:t>Je soussigné(e),</w:t>
      </w:r>
    </w:p>
    <w:p>
      <w:r>
        <w:rPr>
          <w:b w:val="0"/>
          <w:sz w:val="20"/>
        </w:rPr>
        <w:t>Nom et prénom : ______________________________________________________</w:t>
      </w:r>
    </w:p>
    <w:p>
      <w:r>
        <w:rPr>
          <w:b w:val="0"/>
          <w:sz w:val="20"/>
        </w:rPr>
        <w:t>Fonction : ____________________________________________________________</w:t>
      </w:r>
    </w:p>
    <w:p>
      <w:r>
        <w:rPr>
          <w:b w:val="0"/>
          <w:sz w:val="20"/>
        </w:rPr>
        <w:t>Adresse professionnelle : _____________________________________________</w:t>
      </w:r>
    </w:p>
    <w:p>
      <w:r>
        <w:rPr>
          <w:b w:val="0"/>
          <w:sz w:val="20"/>
        </w:rPr>
        <w:t>Téléphone : __________________________________________________________</w:t>
      </w:r>
    </w:p>
    <w:p>
      <w:r>
        <w:rPr>
          <w:b w:val="0"/>
          <w:sz w:val="20"/>
        </w:rPr>
        <w:t>Courriel : ____________________________________________________________</w:t>
      </w:r>
    </w:p>
    <w:p/>
    <w:p>
      <w:r>
        <w:rPr>
          <w:b/>
          <w:sz w:val="20"/>
        </w:rPr>
        <w:t>Atteste par la présente habiliter</w:t>
      </w:r>
    </w:p>
    <w:p>
      <w:r>
        <w:rPr>
          <w:b w:val="0"/>
          <w:sz w:val="20"/>
        </w:rPr>
        <w:t>Nom et prénom : ______________________________________________________</w:t>
      </w:r>
    </w:p>
    <w:p>
      <w:r>
        <w:rPr>
          <w:b w:val="0"/>
          <w:sz w:val="20"/>
        </w:rPr>
        <w:t>Date et lieu de naissance : ___________________________________________</w:t>
      </w:r>
    </w:p>
    <w:p>
      <w:r>
        <w:rPr>
          <w:b w:val="0"/>
          <w:sz w:val="20"/>
        </w:rPr>
        <w:t>Adresse : _____________________________________________________________</w:t>
      </w:r>
    </w:p>
    <w:p>
      <w:r>
        <w:rPr>
          <w:b w:val="0"/>
          <w:sz w:val="20"/>
        </w:rPr>
        <w:t>Téléphone : __________________________________________________________</w:t>
      </w:r>
    </w:p>
    <w:p>
      <w:r>
        <w:rPr>
          <w:b w:val="0"/>
          <w:sz w:val="20"/>
        </w:rPr>
        <w:t>Courriel : ____________________________________________________________</w:t>
      </w:r>
    </w:p>
    <w:p/>
    <w:p>
      <w:r>
        <w:rPr>
          <w:b/>
          <w:sz w:val="20"/>
        </w:rPr>
        <w:t>À réaliser les opérations suivantes dans le cadre de ses fonctions :</w:t>
      </w:r>
    </w:p>
    <w:p>
      <w:r>
        <w:rPr>
          <w:b w:val="0"/>
          <w:sz w:val="20"/>
        </w:rPr>
        <w:t>- 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</w:t>
      </w:r>
    </w:p>
    <w:p/>
    <w:p>
      <w:r>
        <w:rPr>
          <w:b w:val="0"/>
          <w:sz w:val="20"/>
        </w:rPr>
        <w:t>Cette habilitation est accordée conformément aux dispositions légales et réglementaires en vigueur, notamment le Code du Travail et les normes applicables à la sécurité et à la santé au travail.</w:t>
      </w:r>
    </w:p>
    <w:p/>
    <w:p>
      <w:r>
        <w:rPr>
          <w:b w:val="0"/>
          <w:sz w:val="20"/>
        </w:rPr>
        <w:t>Cette attestation est valable jusqu’à révocation expresse ou modification des conditions d’exercice des fonctions de la personne habilitée.</w:t>
      </w:r>
    </w:p>
    <w:p/>
    <w:p/>
    <w:p>
      <w:r>
        <w:rPr>
          <w:b w:val="0"/>
          <w:sz w:val="20"/>
        </w:rPr>
        <w:t>Fait à : _______________________________________________________________</w:t>
      </w:r>
    </w:p>
    <w:p>
      <w:r>
        <w:rPr>
          <w:b w:val="0"/>
          <w:sz w:val="20"/>
        </w:rPr>
        <w:t>Le : 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Responsable habilitant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Personne habilitée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https://juridique-justice.com/modele-attestation-d'habilitation/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https://juridique-justice.com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juridique-justice.com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justice.com/modele-attestation-d'habilitation/" TargetMode="External"/><Relationship Id="rId10" Type="http://schemas.openxmlformats.org/officeDocument/2006/relationships/hyperlink" Target="https://juridique-justic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