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DES HÉRITIERS POUR LA VENTE D’UN VÉHICULE</w:t>
      </w:r>
    </w:p>
    <w:p/>
    <w:p/>
    <w:p>
      <w:r>
        <w:rPr>
          <w:b/>
          <w:sz w:val="20"/>
        </w:rPr>
        <w:t xml:space="preserve">Nous, soussignés, héritiers légaux de feu : </w:t>
      </w:r>
    </w:p>
    <w:p/>
    <w:p>
      <w:r>
        <w:rPr>
          <w:b w:val="0"/>
          <w:sz w:val="20"/>
        </w:rPr>
        <w:t>Nom et Prénom : 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______________________________________________</w:t>
      </w:r>
    </w:p>
    <w:p>
      <w:r>
        <w:rPr>
          <w:b w:val="0"/>
          <w:sz w:val="20"/>
        </w:rPr>
        <w:t>Dernier domicile : ______________________________________________________</w:t>
      </w:r>
    </w:p>
    <w:p/>
    <w:p>
      <w:r>
        <w:rPr>
          <w:b/>
          <w:sz w:val="20"/>
        </w:rPr>
        <w:t>Certifions sur l’honneur que nous sommes les héritiers légitimes du défunt susnommé et que nous autorisons la vente du véhicule dont les caractéristiques sont détaillées ci-dessous :</w:t>
      </w:r>
    </w:p>
    <w:p/>
    <w:p/>
    <w:p>
      <w:r>
        <w:rPr>
          <w:b/>
          <w:sz w:val="20"/>
        </w:rPr>
        <w:t>CARACTÉRISTIQUES DU VÉHICULE :</w:t>
      </w:r>
    </w:p>
    <w:p>
      <w:r>
        <w:rPr>
          <w:b w:val="0"/>
          <w:sz w:val="20"/>
        </w:rPr>
        <w:t>Marque : ________________________________________________________________</w:t>
      </w:r>
    </w:p>
    <w:p>
      <w:r>
        <w:rPr>
          <w:b w:val="0"/>
          <w:sz w:val="20"/>
        </w:rPr>
        <w:t>Modèle : ________________________________________________________________</w:t>
      </w:r>
    </w:p>
    <w:p>
      <w:r>
        <w:rPr>
          <w:b w:val="0"/>
          <w:sz w:val="20"/>
        </w:rPr>
        <w:t>Année de mise en circulation : ___________________________________________</w:t>
      </w:r>
    </w:p>
    <w:p>
      <w:r>
        <w:rPr>
          <w:b w:val="0"/>
          <w:sz w:val="20"/>
        </w:rPr>
        <w:t>Numéro d’immatriculation : _______________________________________________</w:t>
      </w:r>
    </w:p>
    <w:p>
      <w:r>
        <w:rPr>
          <w:b w:val="0"/>
          <w:sz w:val="20"/>
        </w:rPr>
        <w:t>Numéro de série (VIN) : __________________________________________________</w:t>
      </w:r>
    </w:p>
    <w:p>
      <w:r>
        <w:rPr>
          <w:b w:val="0"/>
          <w:sz w:val="20"/>
        </w:rPr>
        <w:t>Kilométrage : ____________________________________________________________</w:t>
      </w:r>
    </w:p>
    <w:p/>
    <w:p/>
    <w:p>
      <w:r>
        <w:rPr>
          <w:b/>
          <w:sz w:val="20"/>
        </w:rPr>
        <w:t>DÉCLARATION DES HÉRITIERS :</w:t>
      </w:r>
    </w:p>
    <w:p>
      <w:r>
        <w:rPr>
          <w:b w:val="0"/>
          <w:sz w:val="20"/>
        </w:rPr>
        <w:t>Les héritiers soussignés déclarent expressément que le véhicule mentionné ci-dessus fait partie de la succession de feu le défunt, et que la vente du véhicule s’effectue avec leur accord unanime et sans opposition.</w:t>
      </w:r>
    </w:p>
    <w:p/>
    <w:p>
      <w:r>
        <w:rPr>
          <w:b w:val="0"/>
          <w:sz w:val="20"/>
        </w:rPr>
        <w:t>Nous attestons que le véhicule n’est soumis à aucune charge, privilège, nantissement ou opposition, à notre connaissance, et que sa vente est conforme aux dispositions légales en vigueur.</w:t>
      </w:r>
    </w:p>
    <w:p/>
    <w:p>
      <w:r>
        <w:rPr>
          <w:b w:val="0"/>
          <w:sz w:val="20"/>
        </w:rPr>
        <w:t>Nous nous engageons à fournir toute pièce nécessaire à la régularisation de la vente et à garantir le nouvel acquéreur contre tout recours éventuel lié à la propriété du véhicule.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Nom et Prénom</w:t>
            </w:r>
          </w:p>
        </w:tc>
        <w:tc>
          <w:tcPr>
            <w:tcW w:type="dxa" w:w="2493"/>
          </w:tcPr>
          <w:p>
            <w:r>
              <w:t>Lien de parenté</w:t>
            </w:r>
          </w:p>
        </w:tc>
        <w:tc>
          <w:tcPr>
            <w:tcW w:type="dxa" w:w="2493"/>
          </w:tcPr>
          <w:p>
            <w:r>
              <w:t>Adresse</w:t>
            </w:r>
          </w:p>
        </w:tc>
        <w:tc>
          <w:tcPr>
            <w:tcW w:type="dxa" w:w="2493"/>
          </w:tcPr>
          <w:p>
            <w:r>
              <w:t>Signature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__________________________________________________________</w:t>
            </w:r>
          </w:p>
        </w:tc>
        <w:tc>
          <w:tcPr>
            <w:tcW w:type="dxa" w:w="2493"/>
          </w:tcPr>
          <w:p>
            <w:r>
              <w:t>________________</w:t>
            </w:r>
          </w:p>
        </w:tc>
        <w:tc>
          <w:tcPr>
            <w:tcW w:type="dxa" w:w="2493"/>
          </w:tcPr>
          <w:p>
            <w:r>
              <w:t>__________________________________________________________</w:t>
            </w:r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__________________________________________________________</w:t>
            </w:r>
          </w:p>
        </w:tc>
        <w:tc>
          <w:tcPr>
            <w:tcW w:type="dxa" w:w="2493"/>
          </w:tcPr>
          <w:p>
            <w:r>
              <w:t>________________</w:t>
            </w:r>
          </w:p>
        </w:tc>
        <w:tc>
          <w:tcPr>
            <w:tcW w:type="dxa" w:w="2493"/>
          </w:tcPr>
          <w:p>
            <w:r>
              <w:t>__________________________________________________________</w:t>
            </w:r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__________________________________________________________</w:t>
            </w:r>
          </w:p>
        </w:tc>
        <w:tc>
          <w:tcPr>
            <w:tcW w:type="dxa" w:w="2493"/>
          </w:tcPr>
          <w:p>
            <w:r>
              <w:t>________________</w:t>
            </w:r>
          </w:p>
        </w:tc>
        <w:tc>
          <w:tcPr>
            <w:tcW w:type="dxa" w:w="2493"/>
          </w:tcPr>
          <w:p>
            <w:r>
              <w:t>__________________________________________________________</w:t>
            </w:r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__________________________________________________________</w:t>
            </w:r>
          </w:p>
        </w:tc>
        <w:tc>
          <w:tcPr>
            <w:tcW w:type="dxa" w:w="2493"/>
          </w:tcPr>
          <w:p>
            <w:r>
              <w:t>________________</w:t>
            </w:r>
          </w:p>
        </w:tc>
        <w:tc>
          <w:tcPr>
            <w:tcW w:type="dxa" w:w="2493"/>
          </w:tcPr>
          <w:p>
            <w:r>
              <w:t>__________________________________________________________</w:t>
            </w:r>
          </w:p>
        </w:tc>
        <w:tc>
          <w:tcPr>
            <w:tcW w:type="dxa" w:w="2493"/>
          </w:tcPr>
          <w:p>
            <w:r/>
          </w:p>
        </w:tc>
      </w:tr>
    </w:tbl>
    <w:p/>
    <w:p/>
    <w:p>
      <w:r>
        <w:rPr>
          <w:b w:val="0"/>
          <w:sz w:val="20"/>
        </w:rPr>
        <w:t>Fait à : _________________________________________________________________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HÉRITIERS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TÉMOIN (facultatif)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/>
    <w:p/>
    <w:p>
      <w:r>
        <w:rPr>
          <w:b/>
          <w:sz w:val="20"/>
        </w:rPr>
        <w:t>Mention légale :</w:t>
      </w:r>
    </w:p>
    <w:p>
      <w:r>
        <w:rPr>
          <w:b w:val="0"/>
          <w:sz w:val="20"/>
        </w:rPr>
        <w:t>Cette attestation est établie conformément aux dispositions du Code civil français relatives à la transmission des biens lors d’une succession et doit être jointe au dossier de vente du véhicule. Toute fausse déclaration expose son auteur aux sanctions pénales prévues par la loi.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https://juridique-justice.com/modele-attestation-heritiers-pour-vente-vehicule/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modele-attestation-heritiers-pour-vente-vehicule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