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MISE AU REBUT</w:t>
      </w:r>
    </w:p>
    <w:p/>
    <w:p/>
    <w:p>
      <w:r>
        <w:rPr>
          <w:b/>
          <w:sz w:val="20"/>
        </w:rPr>
        <w:t xml:space="preserve">Je soussigné(e) : 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>
      <w:r>
        <w:rPr>
          <w:b w:val="0"/>
          <w:sz w:val="20"/>
        </w:rPr>
        <w:t>Email (le cas échéant) : ________________________________________</w:t>
      </w:r>
    </w:p>
    <w:p/>
    <w:p>
      <w:r>
        <w:rPr>
          <w:b/>
          <w:sz w:val="20"/>
        </w:rPr>
        <w:t>Certifie par la présente que l’objet décrit ci-dessous a été mis au rebut conformément à la réglementation en vigueur et ne sera plus utilisé ni remis en circulation.</w:t>
      </w:r>
    </w:p>
    <w:p/>
    <w:p/>
    <w:p>
      <w:r>
        <w:rPr>
          <w:b/>
          <w:sz w:val="20"/>
        </w:rPr>
        <w:t>Description de l’objet mis au rebut :</w:t>
      </w:r>
    </w:p>
    <w:p>
      <w:r>
        <w:rPr>
          <w:b w:val="0"/>
          <w:sz w:val="20"/>
        </w:rPr>
        <w:t>Type d’objet : _________________________________________________</w:t>
      </w:r>
    </w:p>
    <w:p>
      <w:r>
        <w:rPr>
          <w:b w:val="0"/>
          <w:sz w:val="20"/>
        </w:rPr>
        <w:t>Marque / Modèle : ______________________________________________</w:t>
      </w:r>
    </w:p>
    <w:p>
      <w:r>
        <w:rPr>
          <w:b w:val="0"/>
          <w:sz w:val="20"/>
        </w:rPr>
        <w:t>Numéro de série / Référence : ___________________________________</w:t>
      </w:r>
    </w:p>
    <w:p>
      <w:r>
        <w:rPr>
          <w:b w:val="0"/>
          <w:sz w:val="20"/>
        </w:rPr>
        <w:t>Caractéristiques principales : __________________________________</w:t>
      </w:r>
    </w:p>
    <w:p>
      <w:r>
        <w:rPr>
          <w:b w:val="0"/>
          <w:sz w:val="20"/>
        </w:rPr>
        <w:t>État : _________________________________________________________</w:t>
      </w:r>
    </w:p>
    <w:p/>
    <w:p>
      <w:r>
        <w:rPr>
          <w:b/>
          <w:sz w:val="20"/>
        </w:rPr>
        <w:t>Motifs de la mise au rebut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Conditions et modalités de mise au rebut :</w:t>
      </w:r>
    </w:p>
    <w:p>
      <w:r>
        <w:rPr>
          <w:b w:val="0"/>
          <w:sz w:val="20"/>
        </w:rPr>
        <w:t>- L’objet a été détruit ou rendu inutilisable de manière irréversible.</w:t>
      </w:r>
    </w:p>
    <w:p>
      <w:r>
        <w:rPr>
          <w:b w:val="0"/>
          <w:sz w:val="20"/>
        </w:rPr>
        <w:t>- La destruction a été effectuée dans le respect des normes environnementales applicables.</w:t>
      </w:r>
    </w:p>
    <w:p>
      <w:r>
        <w:rPr>
          <w:b w:val="0"/>
          <w:sz w:val="20"/>
        </w:rPr>
        <w:t>- Les déchets résultants ont été éliminés conformément à la réglementation.</w:t>
      </w:r>
    </w:p>
    <w:p>
      <w:r>
        <w:rPr>
          <w:b w:val="0"/>
          <w:sz w:val="20"/>
        </w:rPr>
        <w:t>- Aucun transfert de propriété ou cession ultérieure n’a eu lieu.</w:t>
      </w:r>
    </w:p>
    <w:p/>
    <w:p>
      <w:r>
        <w:rPr>
          <w:b/>
          <w:sz w:val="20"/>
        </w:rPr>
        <w:t>Cette attestation est établie conformément aux dispositions du Code de l’environnement et autres textes légaux en vigueur relatifs à la gestion des déchets et à la mise au rebut des biens mobiliers.</w:t>
      </w:r>
    </w:p>
    <w:p/>
    <w:p/>
    <w:p>
      <w:r>
        <w:rPr>
          <w:b/>
          <w:sz w:val="20"/>
        </w:rPr>
        <w:t>Je m’engage à conserver ce document et à le présenter en cas de contrôle des autorités compétentes.</w:t>
      </w:r>
    </w:p>
    <w:p/>
    <w:p/>
    <w:p>
      <w:r>
        <w:rPr>
          <w:b w:val="0"/>
          <w:sz w:val="20"/>
        </w:rPr>
        <w:t>Lieu de rédaction : ________________________________________________</w:t>
      </w:r>
    </w:p>
    <w:p/>
    <w:p/>
    <w:p>
      <w:r>
        <w:rPr>
          <w:b w:val="0"/>
          <w:sz w:val="20"/>
        </w:rPr>
        <w:t>Signature : 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déclarant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témoin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https://juridique-justice.com/modele-attestation-mise-au-rebut/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attestation-mise-au-rebut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