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MODÈLE DE DEMANDE DE MODIFICATION DE CONTRÔLE JUDICIAIRE</w:t>
      </w:r>
    </w:p>
    <w:p/>
    <w:p/>
    <w:p>
      <w:r>
        <w:rPr>
          <w:b/>
          <w:sz w:val="20"/>
        </w:rPr>
        <w:t>À l’attention de Monsieur/Madame le Juge d’instruction</w:t>
      </w:r>
    </w:p>
    <w:p>
      <w:r>
        <w:rPr>
          <w:b w:val="0"/>
          <w:sz w:val="20"/>
        </w:rPr>
        <w:t>Tribunal judiciaire de ____________________________________________</w:t>
      </w:r>
    </w:p>
    <w:p/>
    <w:p>
      <w:r>
        <w:rPr>
          <w:b/>
          <w:sz w:val="20"/>
        </w:rPr>
        <w:t>Demandeur :</w:t>
      </w:r>
    </w:p>
    <w:p>
      <w:r>
        <w:rPr>
          <w:b w:val="0"/>
          <w:sz w:val="20"/>
        </w:rPr>
        <w:t>Nom et prénom : _________________________________________________</w:t>
      </w:r>
    </w:p>
    <w:p>
      <w:r>
        <w:rPr>
          <w:b w:val="0"/>
          <w:sz w:val="20"/>
        </w:rPr>
        <w:t>Adresse : _______________________________________________________</w:t>
      </w:r>
    </w:p>
    <w:p>
      <w:r>
        <w:rPr>
          <w:b w:val="0"/>
          <w:sz w:val="20"/>
        </w:rPr>
        <w:t>Téléphone : _____________________________________________________</w:t>
      </w:r>
    </w:p>
    <w:p>
      <w:r>
        <w:rPr>
          <w:b w:val="0"/>
          <w:sz w:val="20"/>
        </w:rPr>
        <w:t>Adresse électronique : __________________________________________</w:t>
      </w:r>
    </w:p>
    <w:p/>
    <w:p>
      <w:r>
        <w:rPr>
          <w:b/>
          <w:sz w:val="20"/>
        </w:rPr>
        <w:t>Personne soumise au contrôle judiciaire :</w:t>
      </w:r>
    </w:p>
    <w:p>
      <w:r>
        <w:rPr>
          <w:b w:val="0"/>
          <w:sz w:val="20"/>
        </w:rPr>
        <w:t>Nom et prénom : _________________________________________________</w:t>
      </w:r>
    </w:p>
    <w:p>
      <w:r>
        <w:rPr>
          <w:b w:val="0"/>
          <w:sz w:val="20"/>
        </w:rPr>
        <w:t>Date et lieu de naissance : _______________________________________</w:t>
      </w:r>
    </w:p>
    <w:p>
      <w:r>
        <w:rPr>
          <w:b w:val="0"/>
          <w:sz w:val="20"/>
        </w:rPr>
        <w:t>Adresse : _______________________________________________________</w:t>
      </w:r>
    </w:p>
    <w:p/>
    <w:p>
      <w:r>
        <w:rPr>
          <w:b/>
          <w:sz w:val="20"/>
        </w:rPr>
        <w:t>Référence de la procédure :</w:t>
      </w:r>
    </w:p>
    <w:p>
      <w:r>
        <w:rPr>
          <w:b w:val="0"/>
          <w:sz w:val="20"/>
        </w:rPr>
        <w:t>Dossier n° : _________________________________</w:t>
      </w:r>
    </w:p>
    <w:p>
      <w:r>
        <w:rPr>
          <w:b w:val="0"/>
          <w:sz w:val="20"/>
        </w:rPr>
        <w:t>Date de l’ordonnance de contrôle judiciaire : ____________________</w:t>
      </w:r>
    </w:p>
    <w:p/>
    <w:p/>
    <w:p>
      <w:r>
        <w:rPr>
          <w:b/>
          <w:sz w:val="20"/>
        </w:rPr>
        <w:t>Exposé des faits et motifs de la demande :</w:t>
      </w:r>
    </w:p>
    <w:p>
      <w:r>
        <w:rPr>
          <w:b w:val="0"/>
          <w:sz w:val="20"/>
        </w:rPr>
        <w:t>Par la présente, je sollicite respectueusement la modification des conditions du contrôle judiciaire prononcé à l’encontre de la personne susmentionnée. Cette demande est motivée par les éléments suivants :</w:t>
      </w:r>
    </w:p>
    <w:p>
      <w:r>
        <w:rPr>
          <w:b w:val="0"/>
          <w:sz w:val="20"/>
        </w:rPr>
        <w:t>- 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</w:t>
      </w:r>
    </w:p>
    <w:p/>
    <w:p>
      <w:r>
        <w:rPr>
          <w:b/>
          <w:sz w:val="20"/>
        </w:rPr>
        <w:t>Modification souhaitée :</w:t>
      </w:r>
    </w:p>
    <w:p>
      <w:r>
        <w:rPr>
          <w:b w:val="0"/>
          <w:sz w:val="20"/>
        </w:rPr>
        <w:t>Je demande la modification des mesures suivantes (cocher et préciser) :</w:t>
      </w:r>
    </w:p>
    <w:p>
      <w:r>
        <w:rPr>
          <w:b w:val="0"/>
          <w:sz w:val="20"/>
        </w:rPr>
        <w:t>[ ] Suppression du contrôle judiciaire</w:t>
      </w:r>
    </w:p>
    <w:p>
      <w:r>
        <w:rPr>
          <w:b w:val="0"/>
          <w:sz w:val="20"/>
        </w:rPr>
        <w:t>[ ] Levée partielle du contrôle judiciaire</w:t>
      </w:r>
    </w:p>
    <w:p>
      <w:r>
        <w:rPr>
          <w:b w:val="0"/>
          <w:sz w:val="20"/>
        </w:rPr>
        <w:t>[ ] Modification des obligations (exemple : changement de lieu de résidence, droit de visite, interdiction de contact, etc.) :</w:t>
      </w:r>
    </w:p>
    <w:p>
      <w:r>
        <w:rPr>
          <w:b w:val="0"/>
          <w:sz w:val="20"/>
        </w:rPr>
        <w:t xml:space="preserve">    ______________________________________________________________</w:t>
      </w:r>
    </w:p>
    <w:p>
      <w:r>
        <w:rPr>
          <w:b w:val="0"/>
          <w:sz w:val="20"/>
        </w:rPr>
        <w:t xml:space="preserve">    ______________________________________________________________</w:t>
      </w:r>
    </w:p>
    <w:p>
      <w:r>
        <w:rPr>
          <w:b w:val="0"/>
          <w:sz w:val="20"/>
        </w:rPr>
        <w:t>[ ] Allègement des restrictions imposées :</w:t>
      </w:r>
    </w:p>
    <w:p>
      <w:r>
        <w:rPr>
          <w:b w:val="0"/>
          <w:sz w:val="20"/>
        </w:rPr>
        <w:t xml:space="preserve">    ______________________________________________________________</w:t>
      </w:r>
    </w:p>
    <w:p>
      <w:r>
        <w:rPr>
          <w:b w:val="0"/>
          <w:sz w:val="20"/>
        </w:rPr>
        <w:t xml:space="preserve">    ______________________________________________________________</w:t>
      </w:r>
    </w:p>
    <w:p/>
    <w:p>
      <w:r>
        <w:rPr>
          <w:b/>
          <w:sz w:val="20"/>
        </w:rPr>
        <w:t>Justifications et arguments :</w:t>
      </w:r>
    </w:p>
    <w:p>
      <w:r>
        <w:rPr>
          <w:b w:val="0"/>
          <w:sz w:val="20"/>
        </w:rPr>
        <w:t>Les raisons justifiant cette modification sont notamment :</w:t>
      </w:r>
    </w:p>
    <w:p>
      <w:r>
        <w:rPr>
          <w:b w:val="0"/>
          <w:sz w:val="20"/>
        </w:rPr>
        <w:t>- 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</w:t>
      </w:r>
    </w:p>
    <w:p/>
    <w:p>
      <w:r>
        <w:rPr>
          <w:b/>
          <w:sz w:val="20"/>
        </w:rPr>
        <w:t>Pièces jointes à la demande :</w:t>
      </w:r>
    </w:p>
    <w:p>
      <w:r>
        <w:rPr>
          <w:b w:val="0"/>
          <w:sz w:val="20"/>
        </w:rPr>
        <w:t>- Copie de la décision de contrôle judiciaire</w:t>
      </w:r>
    </w:p>
    <w:p>
      <w:r>
        <w:rPr>
          <w:b w:val="0"/>
          <w:sz w:val="20"/>
        </w:rPr>
        <w:t>- Tout élément nouveau pertinent (attestations, certificats médicaux, etc.)</w:t>
      </w:r>
    </w:p>
    <w:p>
      <w:r>
        <w:rPr>
          <w:b w:val="0"/>
          <w:sz w:val="20"/>
        </w:rPr>
        <w:t>- 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</w:t>
      </w:r>
    </w:p>
    <w:p/>
    <w:p/>
    <w:p>
      <w:r>
        <w:rPr>
          <w:b w:val="0"/>
          <w:sz w:val="20"/>
        </w:rPr>
        <w:t>Je vous prie d’agréer, Monsieur/Madame le Juge d’instruction, l’expression de ma considération distinguée.</w:t>
      </w:r>
    </w:p>
    <w:p/>
    <w:p/>
    <w:p/>
    <w:p>
      <w:r>
        <w:rPr>
          <w:b w:val="0"/>
          <w:sz w:val="20"/>
        </w:rPr>
        <w:t>Fait à : ___________________________________</w:t>
      </w:r>
    </w:p>
    <w:p>
      <w:r>
        <w:rPr>
          <w:b w:val="0"/>
          <w:sz w:val="20"/>
        </w:rPr>
        <w:t>Le : ______________________________________</w:t>
      </w:r>
    </w:p>
    <w:p/>
    <w:p/>
    <w:p>
      <w:r>
        <w:rPr>
          <w:b/>
          <w:sz w:val="20"/>
        </w:rPr>
        <w:t>Signature :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Demandeur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Personne soumise au contrôle judiciaire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(si applicable) : 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https://juridique-justice.com/modele-de-demande-de-modification-de-controle-judiciaire/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https://juridique-justice.com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juridique-justice.com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justice.com/modele-de-demande-de-modification-de-controle-judiciaire/" TargetMode="External"/><Relationship Id="rId10" Type="http://schemas.openxmlformats.org/officeDocument/2006/relationships/hyperlink" Target="https://juridique-justic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