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Reclassement Suite à une Inaptitude</w:t>
      </w:r>
    </w:p>
    <w:p/>
    <w:p/>
    <w:p>
      <w:r>
        <w:rPr>
          <w:b w:val="0"/>
          <w:sz w:val="20"/>
        </w:rPr>
        <w:t>Nom et Prénom : _______________________________________________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- Ville : __________________________________________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>
      <w:r>
        <w:rPr>
          <w:b w:val="0"/>
          <w:sz w:val="20"/>
        </w:rPr>
        <w:t>Adresse e-mail : ______________________________________________</w:t>
      </w:r>
    </w:p>
    <w:p/>
    <w:p/>
    <w:p>
      <w:r>
        <w:rPr>
          <w:b w:val="0"/>
          <w:sz w:val="20"/>
        </w:rPr>
        <w:t>Nom de l’entreprise : _________________________________________</w:t>
      </w:r>
    </w:p>
    <w:p>
      <w:r>
        <w:rPr>
          <w:b w:val="0"/>
          <w:sz w:val="20"/>
        </w:rPr>
        <w:t>Service ou Département : 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- Ville : __________________________________________</w:t>
      </w:r>
    </w:p>
    <w:p/>
    <w:p/>
    <w:p>
      <w:r>
        <w:rPr>
          <w:b/>
          <w:sz w:val="20"/>
        </w:rPr>
        <w:t>Objet : Demande de reclassement suite à une inaptitude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Suite à la visite de reprise effectuée par le médecin du travail, celui-ci a déclaré mon inaptitude à reprendre mon poste actuel. Conformément aux dispositions des articles L. 1226-2 et suivants du Code du travail, je vous adresse par la présente ma demande de reclassement.</w:t>
      </w:r>
    </w:p>
    <w:p/>
    <w:p>
      <w:r>
        <w:rPr>
          <w:b w:val="0"/>
          <w:sz w:val="20"/>
        </w:rPr>
        <w:t>Je vous rappelle que l’employeur est tenu de rechercher, avant toute procédure de licenciement, un reclassement adapté à mes capacités, tenant compte de mes compétences, de ma santé, ainsi que des possibilités de l’entreprise.</w:t>
      </w:r>
    </w:p>
    <w:p/>
    <w:p>
      <w:r>
        <w:rPr>
          <w:b w:val="0"/>
          <w:sz w:val="20"/>
        </w:rPr>
        <w:t>Je reste à votre disposition pour étudier conjointement les possibilités de reclassement au sein de l’entreprise, que ce soit par l’adaptation de mon poste actuel, le changement de poste, ou la formation à un nouveau métier.</w:t>
      </w:r>
    </w:p>
    <w:p/>
    <w:p>
      <w:r>
        <w:rPr>
          <w:b w:val="0"/>
          <w:sz w:val="20"/>
        </w:rPr>
        <w:t>Dans l’attente de votre proposition, je vous remercie de bien vouloir me confirmer la réception de cette demande et de m’informer des suites que vous entendez y donner.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>
      <w:r>
        <w:rPr>
          <w:b w:val="0"/>
          <w:sz w:val="20"/>
        </w:rPr>
        <w:t>Fait à : ___________________________________________</w:t>
      </w:r>
    </w:p>
    <w:p>
      <w:r>
        <w:rPr>
          <w:b w:val="0"/>
          <w:sz w:val="20"/>
        </w:rPr>
        <w:t>Le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https://juridique-justice.com/modele-de-lettre-de-demande-de-reclassement-suite-a-une-inaptitude/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de-lettre-de-demande-de-reclassement-suite-a-une-inaptitud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