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GRÂCE PRÉSIDENTIELLE</w:t>
      </w:r>
    </w:p>
    <w:p/>
    <w:p/>
    <w:p>
      <w:r>
        <w:rPr>
          <w:b/>
          <w:sz w:val="20"/>
        </w:rPr>
        <w:t>À Monsieur le Président de la République,</w:t>
      </w:r>
    </w:p>
    <w:p/>
    <w:p>
      <w:r>
        <w:rPr>
          <w:b/>
          <w:sz w:val="20"/>
        </w:rPr>
        <w:t>Objet : Demande de grâce présidentielle</w:t>
      </w:r>
    </w:p>
    <w:p/>
    <w:p>
      <w:r>
        <w:rPr>
          <w:b w:val="0"/>
          <w:sz w:val="20"/>
        </w:rPr>
        <w:t>Monsieur le Président,</w:t>
      </w:r>
    </w:p>
    <w:p/>
    <w:p>
      <w:r>
        <w:rPr>
          <w:b w:val="0"/>
          <w:sz w:val="20"/>
        </w:rPr>
        <w:t>Par la présente, je me permets de solliciter votre bienveillance afin d’obtenir une grâce présidentielle.</w:t>
      </w:r>
    </w:p>
    <w:p>
      <w:r>
        <w:rPr>
          <w:b w:val="0"/>
          <w:sz w:val="20"/>
        </w:rPr>
        <w:t>Conformément aux droits qui me sont reconnus par la Constitution française et le Code pénal, je m’adresse à vous dans l’espoir d’un examen favorable de ma requête.</w:t>
      </w:r>
    </w:p>
    <w:p/>
    <w:p>
      <w:r>
        <w:rPr>
          <w:b w:val="0"/>
          <w:sz w:val="20"/>
        </w:rPr>
        <w:t>Je suis actuellement condamné(e) par décision définitive du tribunal de ____________________, en date du ____________________, pour les faits suivants 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 w:val="0"/>
          <w:sz w:val="20"/>
        </w:rPr>
        <w:t>Depuis cette condamnation, j’ai entrepris les démarches suivantes en vue de ma réinsertion et de la réparation de mon tort 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 w:val="0"/>
          <w:sz w:val="20"/>
        </w:rPr>
        <w:t>Je tiens à souligner que je regrette sincèrement les actes qui m’ont conduit(e) à cette situation et que j’ai pleinement conscience des conséquences de mes actes, tant pour les victimes que pour la société.</w:t>
      </w:r>
    </w:p>
    <w:p/>
    <w:p>
      <w:r>
        <w:rPr>
          <w:b w:val="0"/>
          <w:sz w:val="20"/>
        </w:rPr>
        <w:t>En conséquence, je vous prie respectueusement de bien vouloir examiner ma demande de grâce présidentielle, qui pourrait prendre la forme d’une remise totale ou partielle de ma peine ou d’une commutation de celle-ci.</w:t>
      </w:r>
    </w:p>
    <w:p>
      <w:r>
        <w:rPr>
          <w:b w:val="0"/>
          <w:sz w:val="20"/>
        </w:rPr>
        <w:t>Cette mesure me permettrait d’espérer une nouvelle chance de réintégration sociale et familiale, conformément aux principes d’humanité et de justice qui guident notre République.</w:t>
      </w:r>
    </w:p>
    <w:p/>
    <w:p>
      <w:r>
        <w:rPr>
          <w:b w:val="0"/>
          <w:sz w:val="20"/>
        </w:rPr>
        <w:t>Vous trouverez ci-joint les documents justificatifs suivants :</w:t>
      </w:r>
    </w:p>
    <w:p>
      <w:r>
        <w:rPr>
          <w:b w:val="0"/>
          <w:sz w:val="20"/>
        </w:rPr>
        <w:t>- Copie de la décision de condamnation</w:t>
      </w:r>
    </w:p>
    <w:p>
      <w:r>
        <w:rPr>
          <w:b w:val="0"/>
          <w:sz w:val="20"/>
        </w:rPr>
        <w:t>- Attestations d’insertion sociale ou professionnelle</w:t>
      </w:r>
    </w:p>
    <w:p>
      <w:r>
        <w:rPr>
          <w:b w:val="0"/>
          <w:sz w:val="20"/>
        </w:rPr>
        <w:t>- Tout autre document pertinent</w:t>
      </w:r>
    </w:p>
    <w:p/>
    <w:p>
      <w:r>
        <w:rPr>
          <w:b w:val="0"/>
          <w:sz w:val="20"/>
        </w:rPr>
        <w:t>Je vous remercie par avance, Monsieur le Président, pour l’attention que vous porterez à cette demande et vous prie de croire à l’expression de ma plus haute considération.</w:t>
      </w:r>
    </w:p>
    <w:p/>
    <w:p/>
    <w:p>
      <w:r>
        <w:rPr>
          <w:b w:val="0"/>
          <w:sz w:val="20"/>
        </w:rPr>
        <w:t>Signature : ________________________________</w:t>
      </w:r>
    </w:p>
    <w:p/>
    <w:p/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Adresse électronique : _________________________________________________</w:t>
      </w:r>
    </w:p>
    <w:p/>
    <w:p/>
    <w:p>
      <w:r>
        <w:rPr>
          <w:b w:val="0"/>
          <w:sz w:val="20"/>
        </w:rPr>
        <w:t>Fait à _______________________</w:t>
      </w:r>
    </w:p>
    <w:p>
      <w:r>
        <w:rPr>
          <w:b w:val="0"/>
          <w:sz w:val="20"/>
        </w:rPr>
        <w:t>Le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Accusé de réception du greffe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Visa du Ministère de la Justice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</w:t>
              <w:br/>
              <w:t>Signature : 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</w:t>
              <w:br/>
              <w:t>Signature : 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https://juridique-justice.com/modele-demande-de-grace-presidentielle/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demande-de-grace-presidentiell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