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REMISE GRACIEUSE DES PÉNALITÉS</w:t>
      </w:r>
    </w:p>
    <w:p/>
    <w:p/>
    <w:p>
      <w:r>
        <w:rPr>
          <w:b w:val="0"/>
          <w:sz w:val="20"/>
        </w:rPr>
        <w:t>À l’attention de :</w:t>
      </w:r>
    </w:p>
    <w:p>
      <w:r>
        <w:rPr>
          <w:b w:val="0"/>
          <w:sz w:val="20"/>
        </w:rPr>
        <w:t>Monsieur le Directeur du Service des Impôts</w:t>
      </w:r>
    </w:p>
    <w:p>
      <w:r>
        <w:rPr>
          <w:b w:val="0"/>
          <w:sz w:val="20"/>
        </w:rPr>
        <w:t>Adresse du service compétent : _________________________________________</w:t>
      </w:r>
    </w:p>
    <w:p/>
    <w:p/>
    <w:p>
      <w:r>
        <w:rPr>
          <w:b/>
          <w:sz w:val="20"/>
        </w:rPr>
        <w:t>Objet : Demande de remise gracieuse des pénalités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me permets de solliciter votre bienveillance afin d’obtenir une remise gracieuse des pénalités qui m’ont été infligées dans le cadre de ma situation fiscale.</w:t>
      </w:r>
    </w:p>
    <w:p/>
    <w:p>
      <w:r>
        <w:rPr>
          <w:b w:val="0"/>
          <w:sz w:val="20"/>
        </w:rPr>
        <w:t>En effet, suite à _______________________________________________________________, je me suis trouvé(e) dans l’impossibilité de respecter les délais ou les obligations fiscales qui m’incombaient.</w:t>
      </w:r>
    </w:p>
    <w:p/>
    <w:p>
      <w:r>
        <w:rPr>
          <w:b w:val="0"/>
          <w:sz w:val="20"/>
        </w:rPr>
        <w:t>Je tiens à préciser que cette situation résulte de circonstances exceptionnelles indépendantes de ma volonté, notamment :</w:t>
      </w:r>
    </w:p>
    <w:p>
      <w:r>
        <w:rPr>
          <w:b w:val="0"/>
          <w:sz w:val="20"/>
        </w:rPr>
        <w:t>– ____________________________________________________________________________</w:t>
      </w:r>
    </w:p>
    <w:p>
      <w:r>
        <w:rPr>
          <w:b w:val="0"/>
          <w:sz w:val="20"/>
        </w:rPr>
        <w:t>– ____________________________________________________________________________</w:t>
      </w:r>
    </w:p>
    <w:p>
      <w:r>
        <w:rPr>
          <w:b w:val="0"/>
          <w:sz w:val="20"/>
        </w:rPr>
        <w:t>– ____________________________________________________________________________</w:t>
      </w:r>
    </w:p>
    <w:p/>
    <w:p>
      <w:r>
        <w:rPr>
          <w:b w:val="0"/>
          <w:sz w:val="20"/>
        </w:rPr>
        <w:t>Conscient(e) de mes obligations fiscales, j’ai d’ores et déjà pris les mesures nécessaires pour régulariser ma situation, et je m’engage à éviter que cette situation ne se reproduise à l’avenir.</w:t>
      </w:r>
    </w:p>
    <w:p/>
    <w:p>
      <w:r>
        <w:rPr>
          <w:b w:val="0"/>
          <w:sz w:val="20"/>
        </w:rPr>
        <w:t>Compte tenu de ces éléments, je sollicite votre clémence pour obtenir une remise totale ou partielle des pénalités qui me sont applicables, afin de pouvoir faire face à mes engagements dans des conditions plus favorables.</w:t>
      </w:r>
    </w:p>
    <w:p/>
    <w:p>
      <w:r>
        <w:rPr>
          <w:b w:val="0"/>
          <w:sz w:val="20"/>
        </w:rPr>
        <w:t>Vous trouverez ci-joint les documents justifiant de ma situation :</w:t>
      </w:r>
    </w:p>
    <w:p>
      <w:r>
        <w:rPr>
          <w:b w:val="0"/>
          <w:sz w:val="20"/>
        </w:rPr>
        <w:t>– ____________________________________________________________________________</w:t>
      </w:r>
    </w:p>
    <w:p>
      <w:r>
        <w:rPr>
          <w:b w:val="0"/>
          <w:sz w:val="20"/>
        </w:rPr>
        <w:t>– ____________________________________________________________________________</w:t>
      </w:r>
    </w:p>
    <w:p/>
    <w:p>
      <w:r>
        <w:rPr>
          <w:b w:val="0"/>
          <w:sz w:val="20"/>
        </w:rPr>
        <w:t>Je reste à votre disposition pour tout renseignement complémentaire et vous prie d’agréer, Madame, Monsieur, l’expression de mes salutations distinguées.</w:t>
      </w:r>
    </w:p>
    <w:p/>
    <w:p/>
    <w:p>
      <w:r>
        <w:rPr>
          <w:b w:val="0"/>
          <w:sz w:val="20"/>
        </w:rPr>
        <w:t>Nom et prénom : 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t>Signature</w:t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https://juridique-justice.com/modele-demande-de-remise-gracieuse-des-penalites/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demande-de-remise-gracieuse-des-penalites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