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Nationalité Française pour Mineur de Moins de 13 Ans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Monsieur le Préfet / Madame la Préfète</w:t>
      </w:r>
    </w:p>
    <w:p>
      <w:r>
        <w:rPr>
          <w:b w:val="0"/>
          <w:sz w:val="20"/>
        </w:rPr>
        <w:t>Préfecture de ________________________________</w:t>
      </w:r>
    </w:p>
    <w:p>
      <w:r>
        <w:rPr>
          <w:b w:val="0"/>
          <w:sz w:val="20"/>
        </w:rPr>
        <w:t>Adresse : ______________________________________</w:t>
      </w:r>
    </w:p>
    <w:p/>
    <w:p/>
    <w:p>
      <w:r>
        <w:rPr>
          <w:b/>
          <w:sz w:val="20"/>
        </w:rPr>
        <w:t>Objet : Demande de nationalité française par déclaration pour mineur de moins de 13 ans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soussigné(e), ____________________________________________________, né(e) le __/__/____ à ________________________________, de nationalité _____________________, résidant à l’adresse suivante :</w:t>
      </w:r>
    </w:p>
    <w:p>
      <w:r>
        <w:rPr>
          <w:b w:val="0"/>
          <w:sz w:val="20"/>
        </w:rPr>
        <w:t>_________________________________________________________________________________________________________</w:t>
      </w:r>
    </w:p>
    <w:p>
      <w:r>
        <w:rPr>
          <w:b w:val="0"/>
          <w:sz w:val="20"/>
        </w:rPr>
        <w:t xml:space="preserve">agissant en qualité de parent/tuteur légal de : </w:t>
      </w:r>
    </w:p>
    <w:p>
      <w:r>
        <w:rPr>
          <w:b w:val="0"/>
          <w:sz w:val="20"/>
        </w:rPr>
        <w:t>Nom : ____________________________________________________________</w:t>
      </w:r>
    </w:p>
    <w:p>
      <w:r>
        <w:rPr>
          <w:b w:val="0"/>
          <w:sz w:val="20"/>
        </w:rPr>
        <w:t>Prénom(s) : ______________________________________________________</w:t>
      </w:r>
    </w:p>
    <w:p>
      <w:r>
        <w:rPr>
          <w:b w:val="0"/>
          <w:sz w:val="20"/>
        </w:rPr>
        <w:t>Date de naissance : __/__/____</w:t>
      </w:r>
    </w:p>
    <w:p>
      <w:r>
        <w:rPr>
          <w:b w:val="0"/>
          <w:sz w:val="20"/>
        </w:rPr>
        <w:t>Lieu de naissance : ______________________________________________</w:t>
      </w:r>
    </w:p>
    <w:p>
      <w:r>
        <w:rPr>
          <w:b w:val="0"/>
          <w:sz w:val="20"/>
        </w:rPr>
        <w:t>Adresse actuelle : ________________________________________________</w:t>
      </w:r>
    </w:p>
    <w:p/>
    <w:p>
      <w:r>
        <w:rPr>
          <w:b w:val="0"/>
          <w:sz w:val="20"/>
        </w:rPr>
        <w:t>Par la présente, je sollicite l’acquisition de la nationalité française par déclaration pour mon enfant mineur de moins de 13 ans, conformément aux dispositions de l’article 21-11 du Code civil.</w:t>
      </w:r>
    </w:p>
    <w:p/>
    <w:p>
      <w:r>
        <w:rPr>
          <w:b w:val="0"/>
          <w:sz w:val="20"/>
        </w:rPr>
        <w:t>Je joins à cette demande tous les documents justificatifs requis attestant de notre identité, nationalité, état civil, résidence habituelle et lien de filiation :</w:t>
      </w:r>
    </w:p>
    <w:p>
      <w:r>
        <w:rPr>
          <w:b w:val="0"/>
          <w:sz w:val="20"/>
        </w:rPr>
        <w:t>- Copie intégrale de l’acte de naissance de l’enfant</w:t>
      </w:r>
    </w:p>
    <w:p>
      <w:r>
        <w:rPr>
          <w:b w:val="0"/>
          <w:sz w:val="20"/>
        </w:rPr>
        <w:t>- Copie des pièces d’identité du parent déclarant</w:t>
      </w:r>
    </w:p>
    <w:p>
      <w:r>
        <w:rPr>
          <w:b w:val="0"/>
          <w:sz w:val="20"/>
        </w:rPr>
        <w:t>- Justificatif de domicile récent</w:t>
      </w:r>
    </w:p>
    <w:p>
      <w:r>
        <w:rPr>
          <w:b w:val="0"/>
          <w:sz w:val="20"/>
        </w:rPr>
        <w:t>- Livret de famille</w:t>
      </w:r>
    </w:p>
    <w:p>
      <w:r>
        <w:rPr>
          <w:b w:val="0"/>
          <w:sz w:val="20"/>
        </w:rPr>
        <w:t>- Preuve de résidence habituelle en France depuis au moins 5 ans</w:t>
      </w:r>
    </w:p>
    <w:p>
      <w:r>
        <w:rPr>
          <w:b w:val="0"/>
          <w:sz w:val="20"/>
        </w:rPr>
        <w:t>- Tout autre document pouvant appuyer la demande</w:t>
      </w:r>
    </w:p>
    <w:p/>
    <w:p>
      <w:r>
        <w:rPr>
          <w:b w:val="0"/>
          <w:sz w:val="20"/>
        </w:rPr>
        <w:t>Je m’engage à respecter les lois de la République française et à faire preuve de loyauté envers la communauté nationale.</w:t>
      </w:r>
    </w:p>
    <w:p/>
    <w:p>
      <w:r>
        <w:rPr>
          <w:b w:val="0"/>
          <w:sz w:val="20"/>
        </w:rPr>
        <w:t>En vous remerciant par avance de l’attention portée à cette demande, je vous prie d’agréer, Madame, Monsieur, l’expression de ma considération distinguée.</w:t>
      </w:r>
    </w:p>
    <w:p/>
    <w:p/>
    <w:p>
      <w:r>
        <w:rPr>
          <w:b w:val="0"/>
          <w:sz w:val="20"/>
        </w:rPr>
        <w:t>Fait à ___________________________________, le __________________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et prénom du parent/tuteur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et prénom de l’enfant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de naissance : __/__/____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de naissance : __/__/____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Adresse : 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Adresse : 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Téléphone : 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Téléphone : ________________________________________________</w:t>
            </w:r>
          </w:p>
        </w:tc>
      </w:tr>
    </w:tbl>
    <w:p/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1. Copie intégrale de l’acte de naissance de l’enfant</w:t>
      </w:r>
    </w:p>
    <w:p>
      <w:r>
        <w:rPr>
          <w:b w:val="0"/>
          <w:sz w:val="20"/>
        </w:rPr>
        <w:t>2. Copie des pièces d’identité du parent/tuteur</w:t>
      </w:r>
    </w:p>
    <w:p>
      <w:r>
        <w:rPr>
          <w:b w:val="0"/>
          <w:sz w:val="20"/>
        </w:rPr>
        <w:t>3. Justificatif de domicile récent</w:t>
      </w:r>
    </w:p>
    <w:p>
      <w:r>
        <w:rPr>
          <w:b w:val="0"/>
          <w:sz w:val="20"/>
        </w:rPr>
        <w:t>4. Livret de famille</w:t>
      </w:r>
    </w:p>
    <w:p>
      <w:r>
        <w:rPr>
          <w:b w:val="0"/>
          <w:sz w:val="20"/>
        </w:rPr>
        <w:t>5. Preuve de résidence habituelle en France depuis au moins 5 ans</w:t>
      </w:r>
    </w:p>
    <w:p>
      <w:r>
        <w:rPr>
          <w:b w:val="0"/>
          <w:sz w:val="20"/>
        </w:rPr>
        <w:t>6. Autres documents justificatifs éventuels</w:t>
      </w:r>
    </w:p>
    <w:p/>
    <w:p/>
    <w:p>
      <w:r>
        <w:rPr>
          <w:b w:val="0"/>
          <w:sz w:val="20"/>
        </w:rPr>
        <w:t>Conformément à la loi française, cette demande est formulée en respect des articles 21-11 et suivants du Code civil relatifs à l’acquisition de la nationalité française par déclaration pour les mineurs.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https://juridique-justice.com/modele-lettre-demande-de-nationalite-francaise-pour-mineur-de-13-ans/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lettre-demande-de-nationalite-francaise-pour-mineur-de-13-ans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