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MODÈLE DE LETTRE DE REFUS DE RÉSILIATION - LOI HAMON</w:t>
      </w:r>
    </w:p>
    <w:p/>
    <w:p>
      <w:r>
        <w:rPr>
          <w:b w:val="0"/>
          <w:sz w:val="20"/>
        </w:rPr>
        <w:t>Nom et Prénom : ___________________________________________________</w:t>
      </w:r>
    </w:p>
    <w:p>
      <w:r>
        <w:rPr>
          <w:b w:val="0"/>
          <w:sz w:val="20"/>
        </w:rPr>
        <w:t>Adresse : _________________________________________________________</w:t>
      </w:r>
    </w:p>
    <w:p>
      <w:r>
        <w:rPr>
          <w:b w:val="0"/>
          <w:sz w:val="20"/>
        </w:rPr>
        <w:t>Code Postal - Ville : _______________________________________________</w:t>
      </w:r>
    </w:p>
    <w:p>
      <w:r>
        <w:rPr>
          <w:b w:val="0"/>
          <w:sz w:val="20"/>
        </w:rPr>
        <w:t>Téléphone : _______________________________________________________</w:t>
      </w:r>
    </w:p>
    <w:p>
      <w:r>
        <w:rPr>
          <w:b w:val="0"/>
          <w:sz w:val="20"/>
        </w:rPr>
        <w:t>Email : ___________________________________________________________</w:t>
      </w:r>
    </w:p>
    <w:p/>
    <w:p/>
    <w:p>
      <w:r>
        <w:rPr>
          <w:b w:val="0"/>
          <w:sz w:val="20"/>
        </w:rPr>
        <w:t>Nom de l’entreprise : ______________________________________________</w:t>
      </w:r>
    </w:p>
    <w:p>
      <w:r>
        <w:rPr>
          <w:b w:val="0"/>
          <w:sz w:val="20"/>
        </w:rPr>
        <w:t>Service Client / Résiliation : ______________________________________</w:t>
      </w:r>
    </w:p>
    <w:p>
      <w:r>
        <w:rPr>
          <w:b w:val="0"/>
          <w:sz w:val="20"/>
        </w:rPr>
        <w:t>Adresse : _________________________________________________________</w:t>
      </w:r>
    </w:p>
    <w:p>
      <w:r>
        <w:rPr>
          <w:b w:val="0"/>
          <w:sz w:val="20"/>
        </w:rPr>
        <w:t>Code Postal - Ville : _______________________________________________</w:t>
      </w:r>
    </w:p>
    <w:p/>
    <w:p/>
    <w:p>
      <w:r>
        <w:rPr>
          <w:b/>
          <w:sz w:val="20"/>
        </w:rPr>
        <w:t>Objet : Refus de prise en compte de la demande de résiliation du contrat</w:t>
      </w:r>
    </w:p>
    <w:p/>
    <w:p>
      <w:r>
        <w:rPr>
          <w:b w:val="0"/>
          <w:sz w:val="20"/>
        </w:rPr>
        <w:t>Madame, Monsieur,</w:t>
      </w:r>
    </w:p>
    <w:p/>
    <w:p>
      <w:r>
        <w:rPr>
          <w:b w:val="0"/>
          <w:sz w:val="20"/>
        </w:rPr>
        <w:t>Par la présente, je fais suite à votre demande de résiliation du contrat n° ____________________, reçue en date du ____________________, concernant la souscription effectuée auprès de votre société. Après examen attentif de votre demande, je me permets de vous informer que cette résiliation ne peut être prise en compte conformément aux dispositions légales en vigueur.</w:t>
      </w:r>
    </w:p>
    <w:p/>
    <w:p>
      <w:r>
        <w:rPr>
          <w:b w:val="0"/>
          <w:sz w:val="20"/>
        </w:rPr>
        <w:t>En effet, en application des articles L221-18 et suivants du Code de la consommation, dit "Loi Hamon", la résiliation d’un contrat conclu à distance ou hors établissement peut être effectuée dans un délai de quatorze jours à compter de la conclusion du contrat, sans avoir à justifier d’un motif ni à supporter de pénalités. Passé ce délai, la demande de résiliation doit respecter les conditions prévues au contrat initial.</w:t>
      </w:r>
    </w:p>
    <w:p/>
    <w:p>
      <w:r>
        <w:rPr>
          <w:b w:val="0"/>
          <w:sz w:val="20"/>
        </w:rPr>
        <w:t>Or, selon les informations dont nous disposons, votre demande ne respecte pas les conditions contractuelles applicables ou a été formulée hors délai, ce qui ne nous permet pas d’y donner une suite favorable.</w:t>
      </w:r>
    </w:p>
    <w:p/>
    <w:p>
      <w:r>
        <w:rPr>
          <w:b w:val="0"/>
          <w:sz w:val="20"/>
        </w:rPr>
        <w:t>Nous vous invitons à consulter attentivement les clauses relatives à la résiliation figurant dans votre contrat ainsi que toute documentation annexée pour prendre connaissance des modalités précises applicables.</w:t>
      </w:r>
    </w:p>
    <w:p/>
    <w:p>
      <w:r>
        <w:rPr>
          <w:b w:val="0"/>
          <w:sz w:val="20"/>
        </w:rPr>
        <w:t>Nous restons à votre disposition pour tout complément d’information ou pour étudier toute autre demande conforme à la réglementation et aux termes contractuels.</w:t>
      </w:r>
    </w:p>
    <w:p/>
    <w:p>
      <w:r>
        <w:rPr>
          <w:b w:val="0"/>
          <w:sz w:val="20"/>
        </w:rPr>
        <w:t>Nous vous prions d’agréer, Madame, Monsieur, l’expression de nos salutations distinguées.</w:t>
      </w:r>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Signature : _________________________</w:t>
            </w:r>
          </w:p>
        </w:tc>
      </w:tr>
      <w:tr>
        <w:tc>
          <w:tcPr>
            <w:tcW w:type="dxa" w:w="9972"/>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https://juridique-justice.com/modele-lettre-refus-resiliation-loi-hamon/</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https://juridique-justice.com</w:t>
        </w:r>
      </w:hyperlink>
    </w:p>
    <w:p>
      <w:pPr>
        <w:jc w:val="center"/>
      </w:pPr>
      <w:r>
        <w:rPr>
          <w:color w:val="808080"/>
          <w:sz w:val="20"/>
        </w:rPr>
        <w:t>Ce modèle est destiné exclusivement à un usage personnel et non commercial.</w:t>
        <w:br/>
        <w:t>Toute diffusion ou publication doit obligatoirement mentionner la source. © juridique-justice.com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justice.com/modele-lettre-refus-resiliation-loi-hamon/" TargetMode="External"/><Relationship Id="rId10" Type="http://schemas.openxmlformats.org/officeDocument/2006/relationships/hyperlink" Target="https://juridique-justi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